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8249B" w14:textId="77777777" w:rsidR="0086418F" w:rsidRPr="00DC6661" w:rsidRDefault="000E6511">
      <w:pPr>
        <w:spacing w:after="100"/>
        <w:jc w:val="center"/>
        <w:rPr>
          <w:lang w:val="pl-PL"/>
        </w:rPr>
      </w:pPr>
      <w:r w:rsidRPr="00DC6661">
        <w:rPr>
          <w:b/>
          <w:sz w:val="28"/>
          <w:lang w:val="pl-PL"/>
        </w:rPr>
        <w:t>ZAŁĄCZNIK NR 1 - FORMULARZ OFERTOWY</w:t>
      </w:r>
    </w:p>
    <w:p w14:paraId="33C113FE" w14:textId="77777777" w:rsidR="0086418F" w:rsidRPr="00DC6661" w:rsidRDefault="000E6511">
      <w:pPr>
        <w:spacing w:after="140"/>
        <w:jc w:val="center"/>
        <w:rPr>
          <w:lang w:val="pl-PL"/>
        </w:rPr>
      </w:pPr>
      <w:r w:rsidRPr="00DC6661">
        <w:rPr>
          <w:b/>
          <w:sz w:val="22"/>
          <w:lang w:val="pl-PL"/>
        </w:rPr>
        <w:t>Przeprowadzenie kontroli realizacji projektów w ramach Programu „Aktywny Senior 2026”</w:t>
      </w:r>
    </w:p>
    <w:p w14:paraId="1128CE45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1. Dane postępowania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86418F" w:rsidRPr="00DC6661" w14:paraId="48EB1176" w14:textId="77777777" w:rsidTr="58BC00C3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DDC1F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lang w:val="pl-PL"/>
              </w:rPr>
              <w:t>Pole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26DCD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lang w:val="pl-PL"/>
              </w:rPr>
              <w:t>Treść</w:t>
            </w:r>
          </w:p>
        </w:tc>
      </w:tr>
      <w:tr w:rsidR="0086418F" w:rsidRPr="00E65447" w14:paraId="7DB37E34" w14:textId="77777777" w:rsidTr="58BC00C3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9BA59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Nazwa postępowania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EEA68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Przeprowadzenie kontroli realizacji projektów w ramach Programu „Aktywny Senior 2026”</w:t>
            </w:r>
          </w:p>
        </w:tc>
      </w:tr>
      <w:tr w:rsidR="0086418F" w:rsidRPr="00DC6661" w14:paraId="2DDD9788" w14:textId="77777777" w:rsidTr="58BC00C3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D9CC8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Nr postępowania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4834A" w14:textId="352D7570" w:rsidR="0086418F" w:rsidRPr="00DC6661" w:rsidRDefault="000526DB">
            <w:pPr>
              <w:spacing w:after="0"/>
            </w:pPr>
            <w:r>
              <w:rPr>
                <w:lang w:val="pl-PL"/>
              </w:rPr>
              <w:t>5</w:t>
            </w:r>
            <w:r w:rsidR="095AC58E" w:rsidRPr="58BC00C3">
              <w:rPr>
                <w:lang w:val="pl-PL"/>
              </w:rPr>
              <w:t>/AS/2026</w:t>
            </w:r>
          </w:p>
        </w:tc>
      </w:tr>
      <w:tr w:rsidR="0086418F" w:rsidRPr="00E65447" w14:paraId="0EEA8500" w14:textId="77777777" w:rsidTr="58BC00C3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B1A98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Zamawiający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7F90F" w14:textId="5422E64A" w:rsidR="0086418F" w:rsidRPr="00DC6661" w:rsidRDefault="000E6511">
            <w:pPr>
              <w:spacing w:after="0"/>
              <w:rPr>
                <w:lang w:val="pl-PL"/>
              </w:rPr>
            </w:pPr>
            <w:r w:rsidRPr="01936FB1">
              <w:rPr>
                <w:lang w:val="pl-PL"/>
              </w:rPr>
              <w:t>Fundacja LOTTO im. Haliny Konopackiej</w:t>
            </w:r>
          </w:p>
        </w:tc>
      </w:tr>
    </w:tbl>
    <w:p w14:paraId="55FD0E97" w14:textId="77777777" w:rsidR="0086418F" w:rsidRPr="00DC6661" w:rsidRDefault="0086418F">
      <w:pPr>
        <w:spacing w:after="0"/>
        <w:rPr>
          <w:lang w:val="pl-PL"/>
        </w:rPr>
      </w:pPr>
    </w:p>
    <w:p w14:paraId="68259C88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2. Dane Wykonawcy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236"/>
      </w:tblGrid>
      <w:tr w:rsidR="0086418F" w:rsidRPr="00DC6661" w14:paraId="5BC39F1D" w14:textId="77777777">
        <w:trPr>
          <w:cantSplit/>
          <w:tblHeader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2F9E8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lang w:val="pl-PL"/>
              </w:rPr>
              <w:t>Pole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9ED5B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lang w:val="pl-PL"/>
              </w:rPr>
              <w:t>Dane Wykonawcy</w:t>
            </w:r>
          </w:p>
        </w:tc>
      </w:tr>
      <w:tr w:rsidR="0086418F" w:rsidRPr="00DC6661" w14:paraId="58576208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BFA51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Pełna nazwa / firma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EED04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572DDEB4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8B3DC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Adres siedziby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8C86E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6B9C5474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588D1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NIP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E8334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3E64E12A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0DBED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REGON / KRS / CEIDG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2019F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5383807A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EEF22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Osoba do kontaktu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8D441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367D1BF2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4B15E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Telefon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55650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635D8F3F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5E76E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E-mail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C62F8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E65447" w14:paraId="43F3A187" w14:textId="77777777">
        <w:trPr>
          <w:cantSplit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D44D9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Adres do korespondencji, jeżeli inny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6EDF6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</w:tbl>
    <w:p w14:paraId="7488837E" w14:textId="77777777" w:rsidR="0086418F" w:rsidRPr="00DC6661" w:rsidRDefault="0086418F">
      <w:pPr>
        <w:spacing w:after="0"/>
        <w:rPr>
          <w:lang w:val="pl-PL"/>
        </w:rPr>
      </w:pPr>
    </w:p>
    <w:p w14:paraId="3429759B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3. Zakres oferty</w:t>
      </w:r>
    </w:p>
    <w:p w14:paraId="35918650" w14:textId="77777777" w:rsidR="0086418F" w:rsidRPr="00DC6661" w:rsidRDefault="000E6511" w:rsidP="00DC6661">
      <w:pPr>
        <w:jc w:val="both"/>
        <w:rPr>
          <w:lang w:val="pl-PL"/>
        </w:rPr>
      </w:pPr>
      <w:r w:rsidRPr="00DC6661">
        <w:rPr>
          <w:lang w:val="pl-PL"/>
        </w:rPr>
        <w:t>Składam ofertę obejmującą wszystkie pozycje wymagane do realizacji zamówienia i zobowiązuję się do wykonywania zleceń jednostkowych zgodnie z ogłoszeniem, OPZ i umową ramową. Przyjmuję do wiadomości możliwość zawarcia umów z maksymalnie dwoma wykonawcami oraz brak gwarancji przydzielenia mi określonej liczby Kontroli lub minimalnego wynagrodzenia.</w:t>
      </w:r>
    </w:p>
    <w:p w14:paraId="2ADA7E16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4. Ceny jednostkowe i łączna cena modelowa</w:t>
      </w:r>
    </w:p>
    <w:p w14:paraId="1B23CF5C" w14:textId="77777777" w:rsidR="0086418F" w:rsidRPr="00DC6661" w:rsidRDefault="000E6511">
      <w:pPr>
        <w:rPr>
          <w:lang w:val="pl-PL"/>
        </w:rPr>
      </w:pPr>
      <w:r w:rsidRPr="00DC6661">
        <w:rPr>
          <w:i/>
          <w:lang w:val="pl-PL"/>
        </w:rPr>
        <w:t>Ceny należy podać w złotych polskich. Cena jednej Kontroli obejmuje wszystkie koszty wskazane w dokumentacji, niezależnie od lokalizacji na terenie Polski. Ilości wskazane w tabeli są wyłącznie orientacyjnymi ilościami modelowymi służącymi porównaniu ofert. Nie stanowią minimalnego ani maksymalnego zakresu zamówienia, a zawarcie umowy nie gwarantuje udzielenia jakiegokolwiek zlecenia ani osiągnięcia przez Wykonawcę określonego wynagrodzenia. Dodatkowy zakres może, lecz nie musi zostać zlecony.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4"/>
        <w:gridCol w:w="4139"/>
        <w:gridCol w:w="941"/>
        <w:gridCol w:w="907"/>
        <w:gridCol w:w="567"/>
        <w:gridCol w:w="907"/>
        <w:gridCol w:w="1020"/>
      </w:tblGrid>
      <w:tr w:rsidR="0086418F" w:rsidRPr="00DC6661" w14:paraId="6CC5B234" w14:textId="77777777" w:rsidTr="00DC6661">
        <w:trPr>
          <w:cantSplit/>
          <w:tblHeader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6CD32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Lp.</w:t>
            </w:r>
          </w:p>
        </w:tc>
        <w:tc>
          <w:tcPr>
            <w:tcW w:w="41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AC9AA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Pozycja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731B5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Ilość modelowa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ADA60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Cena jedn. netto</w:t>
            </w: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864C0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VAT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E55B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Cena jedn. brutto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49219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sz w:val="15"/>
                <w:lang w:val="pl-PL"/>
              </w:rPr>
              <w:t>Wartość brutto</w:t>
            </w:r>
          </w:p>
        </w:tc>
      </w:tr>
      <w:tr w:rsidR="0086418F" w:rsidRPr="00DC6661" w14:paraId="0246BC84" w14:textId="77777777" w:rsidTr="00DC6661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26F05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sz w:val="15"/>
                <w:lang w:val="pl-PL"/>
              </w:rPr>
              <w:t>1</w:t>
            </w:r>
          </w:p>
        </w:tc>
        <w:tc>
          <w:tcPr>
            <w:tcW w:w="41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A15DE" w14:textId="77777777" w:rsidR="0086418F" w:rsidRPr="00B40B3A" w:rsidRDefault="000E6511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Przeprowadzenie jednej Kontroli Projektu, wraz z ankietami, dokumentacją i przekazaniem kompletnej karty Kontroli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5B3A6" w14:textId="445A7738" w:rsidR="0086418F" w:rsidRPr="00B40B3A" w:rsidRDefault="00875236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55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9C484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4D44A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12102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C0272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1FA8239C" w14:textId="77777777" w:rsidTr="00DC6661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AB30C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sz w:val="15"/>
                <w:lang w:val="pl-PL"/>
              </w:rPr>
              <w:t>2</w:t>
            </w:r>
          </w:p>
        </w:tc>
        <w:tc>
          <w:tcPr>
            <w:tcW w:w="41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3BBD1" w14:textId="77777777" w:rsidR="0086418F" w:rsidRPr="00B40B3A" w:rsidRDefault="000E6511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Opracowanie raportu końcowego, baz i zestawień dla edycji Programu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8ECE8" w14:textId="77777777" w:rsidR="0086418F" w:rsidRPr="00B40B3A" w:rsidRDefault="000E6511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1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57205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41FAD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0256A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806C3" w14:textId="77777777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0435E8" w:rsidRPr="00DC6661" w14:paraId="2DE0FCF3" w14:textId="77777777" w:rsidTr="004A2DB1">
        <w:trPr>
          <w:cantSplit/>
          <w:jc w:val="center"/>
        </w:trPr>
        <w:tc>
          <w:tcPr>
            <w:tcW w:w="4593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40068" w14:textId="0BDDF256" w:rsidR="000435E8" w:rsidRPr="00B40B3A" w:rsidRDefault="000435E8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Łączna cena modelowa brutto - podstawa oceny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08640" w14:textId="77777777" w:rsidR="000435E8" w:rsidRPr="00B40B3A" w:rsidRDefault="000435E8">
            <w:pPr>
              <w:spacing w:after="0"/>
              <w:rPr>
                <w:sz w:val="15"/>
                <w:szCs w:val="15"/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B1161" w14:textId="77777777" w:rsidR="000435E8" w:rsidRPr="00DC6661" w:rsidRDefault="000435E8">
            <w:pPr>
              <w:spacing w:after="0"/>
              <w:rPr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67EB2" w14:textId="77777777" w:rsidR="000435E8" w:rsidRPr="00DC6661" w:rsidRDefault="000435E8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73EF2" w14:textId="77777777" w:rsidR="000435E8" w:rsidRPr="00DC6661" w:rsidRDefault="000435E8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679F2" w14:textId="77777777" w:rsidR="000435E8" w:rsidRPr="00DC6661" w:rsidRDefault="000435E8">
            <w:pPr>
              <w:spacing w:after="0"/>
              <w:rPr>
                <w:lang w:val="pl-PL"/>
              </w:rPr>
            </w:pPr>
          </w:p>
        </w:tc>
      </w:tr>
      <w:tr w:rsidR="00E65447" w:rsidRPr="00E65447" w14:paraId="0355EDA9" w14:textId="77777777" w:rsidTr="00DC6661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B7A95" w14:textId="12DC71B2" w:rsidR="00E65447" w:rsidRPr="00DC6661" w:rsidRDefault="003D4164">
            <w:pPr>
              <w:spacing w:after="0"/>
              <w:rPr>
                <w:sz w:val="15"/>
                <w:lang w:val="pl-PL"/>
              </w:rPr>
            </w:pPr>
            <w:r>
              <w:rPr>
                <w:sz w:val="15"/>
                <w:lang w:val="pl-PL"/>
              </w:rPr>
              <w:lastRenderedPageBreak/>
              <w:t>3</w:t>
            </w:r>
          </w:p>
        </w:tc>
        <w:tc>
          <w:tcPr>
            <w:tcW w:w="41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A7542" w14:textId="255D52E7" w:rsidR="00E65447" w:rsidRPr="00B40B3A" w:rsidRDefault="00233F5A" w:rsidP="00E65447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 xml:space="preserve">Przeprowadzenie </w:t>
            </w:r>
            <w:r w:rsidRPr="00B40B3A">
              <w:rPr>
                <w:sz w:val="15"/>
                <w:szCs w:val="15"/>
                <w:lang w:val="pl-PL"/>
              </w:rPr>
              <w:t>dodatkowej</w:t>
            </w:r>
            <w:r w:rsidRPr="00B40B3A">
              <w:rPr>
                <w:sz w:val="15"/>
                <w:szCs w:val="15"/>
                <w:lang w:val="pl-PL"/>
              </w:rPr>
              <w:t xml:space="preserve"> Kontroli Projektu, wraz z ankietami, dokumentacją i przekazaniem kompletnej karty Kontroli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12843" w14:textId="55B11F74" w:rsidR="00E65447" w:rsidRPr="00B40B3A" w:rsidRDefault="00875236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27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27087" w14:textId="77777777" w:rsidR="00E65447" w:rsidRPr="00DC6661" w:rsidRDefault="00E65447">
            <w:pPr>
              <w:spacing w:after="0"/>
              <w:rPr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3AAE2" w14:textId="77777777" w:rsidR="00E65447" w:rsidRPr="00DC6661" w:rsidRDefault="00E65447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F70A6" w14:textId="77777777" w:rsidR="00E65447" w:rsidRPr="00DC6661" w:rsidRDefault="00E65447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17442" w14:textId="77777777" w:rsidR="00E65447" w:rsidRPr="00DC6661" w:rsidRDefault="00E65447">
            <w:pPr>
              <w:spacing w:after="0"/>
              <w:rPr>
                <w:lang w:val="pl-PL"/>
              </w:rPr>
            </w:pPr>
          </w:p>
        </w:tc>
      </w:tr>
      <w:tr w:rsidR="00AB51EF" w:rsidRPr="00E65447" w14:paraId="56C683C7" w14:textId="77777777" w:rsidTr="00DC6661">
        <w:trPr>
          <w:cantSplit/>
          <w:jc w:val="center"/>
        </w:trPr>
        <w:tc>
          <w:tcPr>
            <w:tcW w:w="45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4010E" w14:textId="18BA48D4" w:rsidR="00AB51EF" w:rsidRDefault="00AB51EF" w:rsidP="00AB51EF">
            <w:pPr>
              <w:spacing w:after="0"/>
              <w:rPr>
                <w:sz w:val="15"/>
                <w:lang w:val="pl-PL"/>
              </w:rPr>
            </w:pPr>
            <w:r>
              <w:rPr>
                <w:sz w:val="15"/>
                <w:lang w:val="pl-PL"/>
              </w:rPr>
              <w:t>4</w:t>
            </w:r>
          </w:p>
        </w:tc>
        <w:tc>
          <w:tcPr>
            <w:tcW w:w="413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C6BDD" w14:textId="77777777" w:rsidR="00AB51EF" w:rsidRPr="00B40B3A" w:rsidRDefault="00AB51EF" w:rsidP="00AB51EF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 xml:space="preserve">Jednorazowa aktualizacja albo aneks do raportu po wykonaniu Kontroli objętych prawem </w:t>
            </w:r>
          </w:p>
          <w:p w14:paraId="5D896C19" w14:textId="4EC2DA7F" w:rsidR="00AB51EF" w:rsidRPr="00B40B3A" w:rsidRDefault="00AB51EF" w:rsidP="00AB51EF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opcji.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4D837" w14:textId="2445127B" w:rsidR="00AB51EF" w:rsidRPr="00B40B3A" w:rsidRDefault="00AB51EF" w:rsidP="00AB51EF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1</w:t>
            </w: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7ADB7" w14:textId="77777777" w:rsidR="00AB51EF" w:rsidRPr="00DC6661" w:rsidRDefault="00AB51EF" w:rsidP="00AB51EF">
            <w:pPr>
              <w:spacing w:after="0"/>
              <w:rPr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02983" w14:textId="77777777" w:rsidR="00AB51EF" w:rsidRPr="00DC6661" w:rsidRDefault="00AB51EF" w:rsidP="00AB51E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54CE0" w14:textId="77777777" w:rsidR="00AB51EF" w:rsidRPr="00DC6661" w:rsidRDefault="00AB51EF" w:rsidP="00AB51EF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2EF64" w14:textId="77777777" w:rsidR="00AB51EF" w:rsidRPr="00DC6661" w:rsidRDefault="00AB51EF" w:rsidP="00AB51EF">
            <w:pPr>
              <w:spacing w:after="0"/>
              <w:rPr>
                <w:lang w:val="pl-PL"/>
              </w:rPr>
            </w:pPr>
          </w:p>
        </w:tc>
      </w:tr>
      <w:tr w:rsidR="000435E8" w:rsidRPr="00E65447" w14:paraId="10412C3A" w14:textId="77777777" w:rsidTr="00736596">
        <w:trPr>
          <w:cantSplit/>
          <w:jc w:val="center"/>
        </w:trPr>
        <w:tc>
          <w:tcPr>
            <w:tcW w:w="4593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815D1" w14:textId="6015AF09" w:rsidR="000435E8" w:rsidRPr="00B40B3A" w:rsidRDefault="000435E8" w:rsidP="00AB51EF">
            <w:pPr>
              <w:spacing w:after="0"/>
              <w:rPr>
                <w:sz w:val="15"/>
                <w:szCs w:val="15"/>
                <w:lang w:val="pl-PL"/>
              </w:rPr>
            </w:pPr>
            <w:r w:rsidRPr="00B40B3A">
              <w:rPr>
                <w:sz w:val="15"/>
                <w:szCs w:val="15"/>
                <w:lang w:val="pl-PL"/>
              </w:rPr>
              <w:t>Łączna cena modelowa z prawem opcji</w:t>
            </w:r>
          </w:p>
        </w:tc>
        <w:tc>
          <w:tcPr>
            <w:tcW w:w="94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9F767" w14:textId="77777777" w:rsidR="000435E8" w:rsidRPr="00B40B3A" w:rsidRDefault="000435E8" w:rsidP="00AB51EF">
            <w:pPr>
              <w:spacing w:after="0"/>
              <w:rPr>
                <w:sz w:val="15"/>
                <w:szCs w:val="15"/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4E34A" w14:textId="77777777" w:rsidR="000435E8" w:rsidRPr="00DC6661" w:rsidRDefault="000435E8" w:rsidP="00AB51EF">
            <w:pPr>
              <w:spacing w:after="0"/>
              <w:rPr>
                <w:lang w:val="pl-PL"/>
              </w:rPr>
            </w:pPr>
          </w:p>
        </w:tc>
        <w:tc>
          <w:tcPr>
            <w:tcW w:w="56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A0628E" w14:textId="77777777" w:rsidR="000435E8" w:rsidRPr="00DC6661" w:rsidRDefault="000435E8" w:rsidP="00AB51EF">
            <w:pPr>
              <w:spacing w:after="0"/>
              <w:rPr>
                <w:lang w:val="pl-PL"/>
              </w:rPr>
            </w:pPr>
          </w:p>
        </w:tc>
        <w:tc>
          <w:tcPr>
            <w:tcW w:w="90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19ECD" w14:textId="77777777" w:rsidR="000435E8" w:rsidRPr="00DC6661" w:rsidRDefault="000435E8" w:rsidP="00AB51EF">
            <w:pPr>
              <w:spacing w:after="0"/>
              <w:rPr>
                <w:lang w:val="pl-PL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607AC" w14:textId="77777777" w:rsidR="000435E8" w:rsidRPr="00DC6661" w:rsidRDefault="000435E8" w:rsidP="00AB51EF">
            <w:pPr>
              <w:spacing w:after="0"/>
              <w:rPr>
                <w:lang w:val="pl-PL"/>
              </w:rPr>
            </w:pPr>
          </w:p>
        </w:tc>
      </w:tr>
    </w:tbl>
    <w:p w14:paraId="2F4A5F46" w14:textId="77777777" w:rsidR="0086418F" w:rsidRPr="00DC6661" w:rsidRDefault="0086418F">
      <w:pPr>
        <w:spacing w:after="0"/>
        <w:rPr>
          <w:lang w:val="pl-PL"/>
        </w:rPr>
      </w:pPr>
    </w:p>
    <w:p w14:paraId="5248AEA7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5. Organizacja realizacji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5102"/>
      </w:tblGrid>
      <w:tr w:rsidR="0086418F" w:rsidRPr="00DC6661" w14:paraId="207BB535" w14:textId="77777777">
        <w:trPr>
          <w:cantSplit/>
          <w:tblHeader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12AE3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lang w:val="pl-PL"/>
              </w:rPr>
              <w:t>Element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727B9" w14:textId="77777777" w:rsidR="0086418F" w:rsidRPr="00DC6661" w:rsidRDefault="000E6511">
            <w:pPr>
              <w:spacing w:after="0"/>
              <w:jc w:val="center"/>
              <w:rPr>
                <w:lang w:val="pl-PL"/>
              </w:rPr>
            </w:pPr>
            <w:r w:rsidRPr="00DC6661">
              <w:rPr>
                <w:b/>
                <w:lang w:val="pl-PL"/>
              </w:rPr>
              <w:t>Deklaracja Wykonawcy</w:t>
            </w:r>
          </w:p>
        </w:tc>
      </w:tr>
      <w:tr w:rsidR="0086418F" w:rsidRPr="00E65447" w14:paraId="53C859E8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3734B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Liczba osób zdolnych do równoległego prowadzenia Kontroli terenowych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AD132" w14:textId="5679894F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DC6661" w14:paraId="72FDC530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E04F4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Dane koordynatora operacyjnego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0DF28" w14:textId="74A856D8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E65447" w14:paraId="5B95006F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2C378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Sposób zapewnienia zastępstw i ciągłości realizacji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17DD5" w14:textId="54F90411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  <w:tr w:rsidR="0086418F" w:rsidRPr="00E65447" w14:paraId="053776CF" w14:textId="77777777">
        <w:trPr>
          <w:cantSplit/>
          <w:jc w:val="center"/>
        </w:trPr>
        <w:tc>
          <w:tcPr>
            <w:tcW w:w="3969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E9B08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Sposób przekazywania pilnych informacji o nieprawidłowościach</w:t>
            </w:r>
          </w:p>
        </w:tc>
        <w:tc>
          <w:tcPr>
            <w:tcW w:w="510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E73A6" w14:textId="42DA4D4A" w:rsidR="0086418F" w:rsidRPr="00DC6661" w:rsidRDefault="0086418F">
            <w:pPr>
              <w:spacing w:after="0"/>
              <w:rPr>
                <w:lang w:val="pl-PL"/>
              </w:rPr>
            </w:pPr>
          </w:p>
        </w:tc>
      </w:tr>
    </w:tbl>
    <w:p w14:paraId="3BD58BF6" w14:textId="77777777" w:rsidR="0086418F" w:rsidRPr="00DC6661" w:rsidRDefault="0086418F">
      <w:pPr>
        <w:spacing w:after="0"/>
        <w:rPr>
          <w:lang w:val="pl-PL"/>
        </w:rPr>
      </w:pPr>
    </w:p>
    <w:p w14:paraId="0A672F04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6. Opis sposobu realizacji Kontroli</w:t>
      </w:r>
    </w:p>
    <w:p w14:paraId="33836D58" w14:textId="77777777" w:rsidR="0086418F" w:rsidRPr="00DC6661" w:rsidRDefault="000E6511" w:rsidP="00DC6661">
      <w:pPr>
        <w:jc w:val="both"/>
        <w:rPr>
          <w:lang w:val="pl-PL"/>
        </w:rPr>
      </w:pPr>
      <w:r w:rsidRPr="00DC6661">
        <w:rPr>
          <w:lang w:val="pl-PL"/>
        </w:rPr>
        <w:t>Do oferty załączam opis sposobu realizacji Kontroli obejmujący co najmniej: planowanie i logistykę ogólnopolską; organizację Kontroli zapowiedzianych i niezapowiedzianych; przygotowanie kontrolerów; sposób weryfikacji dokumentów przy zachowaniu minimalizacji danych; sposób prowadzenia ankiet z Organizatorami i uczestnikami; dokumentowanie ustaleń; weryfikację jakości kart Kontroli; raportowanie pilne; bezpieczeństwo danych i zasady postępowania w przypadku konfliktu interesów.</w:t>
      </w:r>
    </w:p>
    <w:p w14:paraId="540687FC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7. Oświadczenia Wykonawcy</w:t>
      </w:r>
    </w:p>
    <w:p w14:paraId="199B9F2C" w14:textId="125E8225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zapoznałem/</w:t>
      </w:r>
      <w:proofErr w:type="spellStart"/>
      <w:r w:rsidRPr="00DC6661">
        <w:rPr>
          <w:lang w:val="pl-PL"/>
        </w:rPr>
        <w:t>am</w:t>
      </w:r>
      <w:proofErr w:type="spellEnd"/>
      <w:r w:rsidRPr="00DC6661">
        <w:rPr>
          <w:lang w:val="pl-PL"/>
        </w:rPr>
        <w:t xml:space="preserve"> się z ogłoszeniem, OPZ, Istotnymi postanowieniami umowy oraz akceptuję je bez zastrzeżeń.</w:t>
      </w:r>
    </w:p>
    <w:p w14:paraId="02361F8C" w14:textId="6E9BE1F9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podane ceny obejmują wszystkie koszty realizacji zamówienia, w tym dojazdy, noclegi, diety, parkingi, personel, sprzęt, ankiety, dokumentację, zabezpieczenie danych, raportowanie i podatki.</w:t>
      </w:r>
    </w:p>
    <w:p w14:paraId="7164F90D" w14:textId="7DFF2C8F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spełniam warunki doświadczenia i dysponuję wymaganym personelem oraz potencjałem technicznym i organizacyjnym.</w:t>
      </w:r>
    </w:p>
    <w:p w14:paraId="49B35498" w14:textId="1A501AC1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akceptuję wybór maksymalnie dwóch wykonawców, zasady kierowania zleceń oraz brak gwarancji minimalnego zakresu dla konkretnego wykonawcy.</w:t>
      </w:r>
    </w:p>
    <w:p w14:paraId="7FC13923" w14:textId="1D747BB6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akceptuję 12-miesięczny okres obowiązywania umowy ramowej oraz możliwość uruchomienia prawa opcji na zasadach określonych w dokumentacji.</w:t>
      </w:r>
    </w:p>
    <w:p w14:paraId="32B9DF76" w14:textId="5854FFF8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Kontrole będą prowadzone rzetelnie, bezstronnie i z poszanowaniem Organizatorów oraz uczestników, a kontrolerzy nie będą samodzielnie wydawać decyzji dotyczących dofinansowania lub sankcji.</w:t>
      </w:r>
    </w:p>
    <w:p w14:paraId="1FBE935A" w14:textId="2E4216AE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przed przyjęciem każdego zlecenia zweryfikuję brak konfliktu interesów z Organizatorem i osobami objętymi Kontrolą.</w:t>
      </w:r>
    </w:p>
    <w:p w14:paraId="6D27A33B" w14:textId="1E024C4E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zachowam poufność, zapewnię bezpieczeństwo danych i zawrę umowę powierzenia przed rozpoczęciem przetwarzania danych osobowych, jeżeli będzie wymagana.</w:t>
      </w:r>
    </w:p>
    <w:p w14:paraId="24AE0FD6" w14:textId="5C8ED958" w:rsidR="0086418F" w:rsidRPr="00DC6661" w:rsidRDefault="000E6511" w:rsidP="00DC6661">
      <w:pPr>
        <w:pStyle w:val="Akapitzlist"/>
        <w:numPr>
          <w:ilvl w:val="0"/>
          <w:numId w:val="11"/>
        </w:numPr>
        <w:spacing w:after="30"/>
        <w:jc w:val="both"/>
        <w:rPr>
          <w:lang w:val="pl-PL"/>
        </w:rPr>
      </w:pPr>
      <w:r w:rsidRPr="00DC6661">
        <w:rPr>
          <w:lang w:val="pl-PL"/>
        </w:rPr>
        <w:t>Oświadczam, że informacje podane w ofercie są prawdziwe, aktualne i kompletne oraz że pozostaję związany/a ofertą przez 30 dni od upływu terminu składania ofert.</w:t>
      </w:r>
    </w:p>
    <w:p w14:paraId="44A252E4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lastRenderedPageBreak/>
        <w:t>8. Podwykonawcy</w:t>
      </w:r>
    </w:p>
    <w:p w14:paraId="2252DFFA" w14:textId="77777777" w:rsidR="0086418F" w:rsidRPr="00DC6661" w:rsidRDefault="000E6511">
      <w:pPr>
        <w:rPr>
          <w:lang w:val="pl-PL"/>
        </w:rPr>
      </w:pPr>
      <w:r w:rsidRPr="00DC6661">
        <w:rPr>
          <w:lang w:val="pl-PL"/>
        </w:rPr>
        <w:t>☐ Nie przewiduję udziału podwykonawców.     ☐ Przewiduję udział podwykonawców w zakresie: ................................................................................................</w:t>
      </w:r>
    </w:p>
    <w:p w14:paraId="606749EB" w14:textId="77777777" w:rsidR="0086418F" w:rsidRPr="00DC6661" w:rsidRDefault="000E6511">
      <w:pPr>
        <w:pStyle w:val="Nagwek1"/>
        <w:rPr>
          <w:lang w:val="pl-PL"/>
        </w:rPr>
      </w:pPr>
      <w:r w:rsidRPr="00DC6661">
        <w:rPr>
          <w:lang w:val="pl-PL"/>
        </w:rPr>
        <w:t>9. Załączniki do oferty</w:t>
      </w:r>
    </w:p>
    <w:p w14:paraId="758B9CE0" w14:textId="77777777" w:rsidR="0086418F" w:rsidRPr="00DC6661" w:rsidRDefault="000E6511">
      <w:pPr>
        <w:spacing w:after="30"/>
        <w:ind w:left="255" w:hanging="142"/>
        <w:rPr>
          <w:lang w:val="pl-PL"/>
        </w:rPr>
      </w:pPr>
      <w:r w:rsidRPr="00DC6661">
        <w:rPr>
          <w:lang w:val="pl-PL"/>
        </w:rPr>
        <w:t>• opis sposobu realizacji Kontroli;</w:t>
      </w:r>
    </w:p>
    <w:p w14:paraId="080E3BC8" w14:textId="77777777" w:rsidR="0086418F" w:rsidRPr="00DC6661" w:rsidRDefault="000E6511">
      <w:pPr>
        <w:spacing w:after="30"/>
        <w:ind w:left="255" w:hanging="142"/>
        <w:rPr>
          <w:lang w:val="pl-PL"/>
        </w:rPr>
      </w:pPr>
      <w:r w:rsidRPr="00DC6661">
        <w:rPr>
          <w:lang w:val="pl-PL"/>
        </w:rPr>
        <w:t>• Wykaz usług wraz z dowodami należytego wykonania;</w:t>
      </w:r>
    </w:p>
    <w:p w14:paraId="25182B9E" w14:textId="77777777" w:rsidR="0086418F" w:rsidRPr="00DC6661" w:rsidRDefault="000E6511">
      <w:pPr>
        <w:spacing w:after="30"/>
        <w:ind w:left="255" w:hanging="142"/>
        <w:rPr>
          <w:lang w:val="pl-PL"/>
        </w:rPr>
      </w:pPr>
      <w:r w:rsidRPr="00DC6661">
        <w:rPr>
          <w:lang w:val="pl-PL"/>
        </w:rPr>
        <w:t>• Wykaz osób i potencjału;</w:t>
      </w:r>
    </w:p>
    <w:p w14:paraId="2B4E1C93" w14:textId="77777777" w:rsidR="0086418F" w:rsidRPr="00DC6661" w:rsidRDefault="000E6511">
      <w:pPr>
        <w:spacing w:after="30"/>
        <w:ind w:left="255" w:hanging="142"/>
        <w:rPr>
          <w:lang w:val="pl-PL"/>
        </w:rPr>
      </w:pPr>
      <w:r w:rsidRPr="00DC6661">
        <w:rPr>
          <w:lang w:val="pl-PL"/>
        </w:rPr>
        <w:t>• pełnomocnictwo - jeżeli dotyczy;</w:t>
      </w:r>
    </w:p>
    <w:p w14:paraId="6EAAF483" w14:textId="77777777" w:rsidR="0086418F" w:rsidRPr="00DC6661" w:rsidRDefault="000E6511">
      <w:pPr>
        <w:spacing w:after="30"/>
        <w:ind w:left="255" w:hanging="142"/>
        <w:rPr>
          <w:lang w:val="pl-PL"/>
        </w:rPr>
      </w:pPr>
      <w:r w:rsidRPr="00DC6661">
        <w:rPr>
          <w:lang w:val="pl-PL"/>
        </w:rPr>
        <w:t>• inne dokumenty: ................................................................................................</w:t>
      </w:r>
    </w:p>
    <w:p w14:paraId="2F733FE0" w14:textId="77777777" w:rsidR="0086418F" w:rsidRPr="00DC6661" w:rsidRDefault="0086418F">
      <w:pPr>
        <w:rPr>
          <w:lang w:val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86418F" w:rsidRPr="00DC6661" w14:paraId="57B8708C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638A2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b/>
                <w:lang w:val="pl-PL"/>
              </w:rPr>
              <w:t>Miejscowość i data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78AE6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b/>
                <w:lang w:val="pl-PL"/>
              </w:rPr>
              <w:t>Podpis osoby/osób uprawnionych</w:t>
            </w:r>
          </w:p>
        </w:tc>
      </w:tr>
      <w:tr w:rsidR="0086418F" w:rsidRPr="00DC6661" w14:paraId="01D97CDF" w14:textId="77777777">
        <w:trPr>
          <w:jc w:val="center"/>
        </w:trPr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28047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........................................................</w:t>
            </w:r>
          </w:p>
        </w:tc>
        <w:tc>
          <w:tcPr>
            <w:tcW w:w="51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00055" w14:textId="77777777" w:rsidR="0086418F" w:rsidRPr="00DC6661" w:rsidRDefault="000E6511">
            <w:pPr>
              <w:spacing w:after="0"/>
              <w:rPr>
                <w:lang w:val="pl-PL"/>
              </w:rPr>
            </w:pPr>
            <w:r w:rsidRPr="00DC6661">
              <w:rPr>
                <w:lang w:val="pl-PL"/>
              </w:rPr>
              <w:t>........................................................</w:t>
            </w:r>
          </w:p>
        </w:tc>
      </w:tr>
    </w:tbl>
    <w:p w14:paraId="0F982F23" w14:textId="77777777" w:rsidR="0004009B" w:rsidRPr="00DC6661" w:rsidRDefault="0004009B">
      <w:pPr>
        <w:rPr>
          <w:lang w:val="pl-PL"/>
        </w:rPr>
      </w:pPr>
    </w:p>
    <w:sectPr w:rsidR="0004009B" w:rsidRPr="00DC6661" w:rsidSect="0003461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20" w:right="1020" w:bottom="1020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BD97" w14:textId="77777777" w:rsidR="00352968" w:rsidRDefault="00352968">
      <w:pPr>
        <w:spacing w:after="0" w:line="240" w:lineRule="auto"/>
      </w:pPr>
      <w:r>
        <w:separator/>
      </w:r>
    </w:p>
  </w:endnote>
  <w:endnote w:type="continuationSeparator" w:id="0">
    <w:p w14:paraId="063E7159" w14:textId="77777777" w:rsidR="00352968" w:rsidRDefault="0035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77777777" w:rsidR="00586CE3" w:rsidRDefault="00586CE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9BBE3" w14:textId="77777777" w:rsidR="00586CE3" w:rsidRDefault="00586CE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378F" w14:textId="77777777" w:rsidR="00586CE3" w:rsidRDefault="00586C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50B95" w14:textId="77777777" w:rsidR="00352968" w:rsidRDefault="00352968">
      <w:pPr>
        <w:spacing w:after="0" w:line="240" w:lineRule="auto"/>
      </w:pPr>
      <w:r>
        <w:separator/>
      </w:r>
    </w:p>
  </w:footnote>
  <w:footnote w:type="continuationSeparator" w:id="0">
    <w:p w14:paraId="68A0DFDB" w14:textId="77777777" w:rsidR="00352968" w:rsidRDefault="0035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B6C7B" w14:textId="77777777" w:rsidR="00586CE3" w:rsidRDefault="00586C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A6659" w14:textId="77777777" w:rsidR="00586CE3" w:rsidRDefault="00586C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5A809" w14:textId="77777777" w:rsidR="00586CE3" w:rsidRDefault="00586C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B56758B"/>
    <w:multiLevelType w:val="hybridMultilevel"/>
    <w:tmpl w:val="70280A22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774C69EB"/>
    <w:multiLevelType w:val="hybridMultilevel"/>
    <w:tmpl w:val="7CD8C690"/>
    <w:lvl w:ilvl="0" w:tplc="40EE4B9E">
      <w:start w:val="4"/>
      <w:numFmt w:val="bullet"/>
      <w:lvlText w:val="•"/>
      <w:lvlJc w:val="left"/>
      <w:pPr>
        <w:ind w:left="473" w:hanging="360"/>
      </w:pPr>
      <w:rPr>
        <w:rFonts w:ascii="Tahoma" w:eastAsiaTheme="minorEastAsia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1815373927">
    <w:abstractNumId w:val="8"/>
  </w:num>
  <w:num w:numId="2" w16cid:durableId="1418866060">
    <w:abstractNumId w:val="6"/>
  </w:num>
  <w:num w:numId="3" w16cid:durableId="1544898652">
    <w:abstractNumId w:val="5"/>
  </w:num>
  <w:num w:numId="4" w16cid:durableId="206766285">
    <w:abstractNumId w:val="4"/>
  </w:num>
  <w:num w:numId="5" w16cid:durableId="210464825">
    <w:abstractNumId w:val="7"/>
  </w:num>
  <w:num w:numId="6" w16cid:durableId="640111527">
    <w:abstractNumId w:val="3"/>
  </w:num>
  <w:num w:numId="7" w16cid:durableId="1309941243">
    <w:abstractNumId w:val="2"/>
  </w:num>
  <w:num w:numId="8" w16cid:durableId="65804552">
    <w:abstractNumId w:val="1"/>
  </w:num>
  <w:num w:numId="9" w16cid:durableId="1358697654">
    <w:abstractNumId w:val="0"/>
  </w:num>
  <w:num w:numId="10" w16cid:durableId="437679225">
    <w:abstractNumId w:val="9"/>
  </w:num>
  <w:num w:numId="11" w16cid:durableId="646591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009B"/>
    <w:rsid w:val="000435E8"/>
    <w:rsid w:val="000526DB"/>
    <w:rsid w:val="0006063C"/>
    <w:rsid w:val="000E6511"/>
    <w:rsid w:val="0015074B"/>
    <w:rsid w:val="00233F5A"/>
    <w:rsid w:val="00271889"/>
    <w:rsid w:val="0029639D"/>
    <w:rsid w:val="00326F90"/>
    <w:rsid w:val="00352968"/>
    <w:rsid w:val="003736F6"/>
    <w:rsid w:val="003C2B80"/>
    <w:rsid w:val="003D4164"/>
    <w:rsid w:val="003F13C4"/>
    <w:rsid w:val="00586CE3"/>
    <w:rsid w:val="00602C45"/>
    <w:rsid w:val="0086418F"/>
    <w:rsid w:val="00875236"/>
    <w:rsid w:val="00AA1D8D"/>
    <w:rsid w:val="00AB51EF"/>
    <w:rsid w:val="00B40B3A"/>
    <w:rsid w:val="00B47730"/>
    <w:rsid w:val="00CB0664"/>
    <w:rsid w:val="00DC6661"/>
    <w:rsid w:val="00E65447"/>
    <w:rsid w:val="00F343BE"/>
    <w:rsid w:val="00FC693F"/>
    <w:rsid w:val="01936FB1"/>
    <w:rsid w:val="095AC58E"/>
    <w:rsid w:val="0ADEA0C1"/>
    <w:rsid w:val="31299F5D"/>
    <w:rsid w:val="58BC00C3"/>
    <w:rsid w:val="5EE1DBD6"/>
    <w:rsid w:val="70F4A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C6F10"/>
  <w14:defaultImageDpi w14:val="300"/>
  <w15:docId w15:val="{DCBC5F92-7F90-A74E-9399-6D355EE2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52" w:lineRule="auto"/>
    </w:pPr>
    <w:rPr>
      <w:rFonts w:ascii="Tahoma" w:hAnsi="Tahoma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14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14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140"/>
      <w:outlineLvl w:val="2"/>
    </w:pPr>
    <w:rPr>
      <w:rFonts w:asciiTheme="majorHAnsi" w:eastAsiaTheme="majorEastAsia" w:hAnsiTheme="majorHAnsi" w:cstheme="majorBidi"/>
      <w:b/>
      <w:bCs/>
      <w:sz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Text">
    <w:name w:val="Small Text"/>
    <w:rPr>
      <w:rFonts w:ascii="Tahoma" w:hAnsi="Tahoma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e3bf8-49eb-46e2-afb2-2185e20bd18e" xsi:nil="true"/>
    <lcf76f155ced4ddcb4097134ff3c332f xmlns="2ca99816-e4b3-4bfe-86c6-39992bf5816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6C1FFC4FE7044BB8E1AE878021263A" ma:contentTypeVersion="15" ma:contentTypeDescription="Utwórz nowy dokument." ma:contentTypeScope="" ma:versionID="45325a8878a9e85f7bf454b6ed719657">
  <xsd:schema xmlns:xsd="http://www.w3.org/2001/XMLSchema" xmlns:xs="http://www.w3.org/2001/XMLSchema" xmlns:p="http://schemas.microsoft.com/office/2006/metadata/properties" xmlns:ns2="2ca99816-e4b3-4bfe-86c6-39992bf58161" xmlns:ns3="2e9e3bf8-49eb-46e2-afb2-2185e20bd18e" targetNamespace="http://schemas.microsoft.com/office/2006/metadata/properties" ma:root="true" ma:fieldsID="6c038293deaf768acc13e469820f763d" ns2:_="" ns3:_="">
    <xsd:import namespace="2ca99816-e4b3-4bfe-86c6-39992bf58161"/>
    <xsd:import namespace="2e9e3bf8-49eb-46e2-afb2-2185e20bd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99816-e4b3-4bfe-86c6-39992bf581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19c7811-075f-4c0c-a88f-334d6ba21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e3bf8-49eb-46e2-afb2-2185e20bd18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25956a-8bdd-4ec1-9596-91eefd243302}" ma:internalName="TaxCatchAll" ma:showField="CatchAllData" ma:web="2e9e3bf8-49eb-46e2-afb2-2185e20bd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73EA0F-999E-4720-8F75-7AF079D5D3F4}">
  <ds:schemaRefs>
    <ds:schemaRef ds:uri="http://schemas.microsoft.com/office/2006/metadata/properties"/>
    <ds:schemaRef ds:uri="http://schemas.microsoft.com/office/infopath/2007/PartnerControls"/>
    <ds:schemaRef ds:uri="2e9e3bf8-49eb-46e2-afb2-2185e20bd18e"/>
    <ds:schemaRef ds:uri="2ca99816-e4b3-4bfe-86c6-39992bf58161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2B88B3-ADE2-4743-A3E7-BC3FE8F60C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615EEC-7192-45A6-B01B-454BF2BCD7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a99816-e4b3-4bfe-86c6-39992bf58161"/>
    <ds:schemaRef ds:uri="2e9e3bf8-49eb-46e2-afb2-2185e20bd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de8f612-b5f0-4dd4-b160-d2eafed76fb0}" enabled="0" method="" siteId="{7de8f612-b5f0-4dd4-b160-d2eafed76f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706</Words>
  <Characters>4237</Characters>
  <Application>Microsoft Office Word</Application>
  <DocSecurity>0</DocSecurity>
  <Lines>35</Lines>
  <Paragraphs>9</Paragraphs>
  <ScaleCrop>false</ScaleCrop>
  <Manager/>
  <Company/>
  <LinksUpToDate>false</LinksUpToDate>
  <CharactersWithSpaces>4934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kontrole Aktywny Senior 2026</dc:title>
  <dc:subject>Dokumentacja przetargu cywilnoprawnego</dc:subject>
  <dc:creator>Fundacja LOTTO im. Haliny Konopackiej</dc:creator>
  <cp:keywords>Aktywny Senior 2026, kontrole, przetarg cywilnoprawny</cp:keywords>
  <dc:description>generated by python-docx</dc:description>
  <cp:lastModifiedBy>[EXT] Sandra Tymińska [Fundacja LOTTO]</cp:lastModifiedBy>
  <cp:revision>13</cp:revision>
  <dcterms:created xsi:type="dcterms:W3CDTF">2013-12-23T23:15:00Z</dcterms:created>
  <dcterms:modified xsi:type="dcterms:W3CDTF">2026-08-11T12:31:00Z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0x010100946C1FFC4FE7044BB8E1AE878021263A</vt:lpwstr>
  </property>
  <property fmtid="{D5CDD505-2E9C-101B-9397-08002B2CF9AE}" pid="3" name="MediaServiceImageTags">
    <vt:lpwstr/>
  </property>
</Properties>
</file>