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F7486" w14:textId="06FBB542" w:rsidR="00B8527E" w:rsidRPr="00715026" w:rsidRDefault="00E12BF9" w:rsidP="00715026">
      <w:pPr>
        <w:rPr>
          <w:rFonts w:ascii="Tahoma" w:hAnsi="Tahoma" w:cs="Tahoma"/>
          <w:sz w:val="18"/>
          <w:szCs w:val="20"/>
          <w:lang w:val="pl-PL"/>
        </w:rPr>
      </w:pPr>
      <w:r w:rsidRPr="00715026">
        <w:rPr>
          <w:rFonts w:ascii="Tahoma" w:hAnsi="Tahoma" w:cs="Tahoma"/>
          <w:sz w:val="18"/>
          <w:szCs w:val="20"/>
          <w:lang w:val="pl-PL"/>
        </w:rPr>
        <w:t>Załącznik nr 1 do Ogłoszenia</w:t>
      </w:r>
    </w:p>
    <w:p w14:paraId="54891373" w14:textId="77777777" w:rsidR="00684BA9" w:rsidRDefault="00684BA9">
      <w:pPr>
        <w:jc w:val="center"/>
        <w:rPr>
          <w:rFonts w:ascii="Tahoma" w:hAnsi="Tahoma" w:cs="Tahoma"/>
          <w:b/>
          <w:color w:val="000000" w:themeColor="text1"/>
          <w:sz w:val="24"/>
          <w:szCs w:val="24"/>
          <w:lang w:val="pl-PL"/>
        </w:rPr>
      </w:pPr>
    </w:p>
    <w:p w14:paraId="52E60841" w14:textId="67FF9F24" w:rsidR="00B8527E" w:rsidRDefault="00935F89">
      <w:pPr>
        <w:jc w:val="center"/>
        <w:rPr>
          <w:rFonts w:ascii="Tahoma" w:hAnsi="Tahoma" w:cs="Tahoma"/>
          <w:b/>
          <w:color w:val="000000" w:themeColor="text1"/>
          <w:sz w:val="24"/>
          <w:szCs w:val="24"/>
          <w:lang w:val="pl-PL"/>
        </w:rPr>
      </w:pPr>
      <w:r w:rsidRPr="00715026">
        <w:rPr>
          <w:rFonts w:ascii="Tahoma" w:hAnsi="Tahoma" w:cs="Tahoma"/>
          <w:b/>
          <w:color w:val="000000" w:themeColor="text1"/>
          <w:sz w:val="24"/>
          <w:szCs w:val="24"/>
          <w:lang w:val="pl-PL"/>
        </w:rPr>
        <w:t>Formularz ofertowy</w:t>
      </w:r>
    </w:p>
    <w:p w14:paraId="5FA29103" w14:textId="77777777" w:rsidR="00E12BF9" w:rsidRPr="00715026" w:rsidRDefault="00E12BF9">
      <w:pPr>
        <w:jc w:val="center"/>
        <w:rPr>
          <w:rFonts w:ascii="Tahoma" w:hAnsi="Tahoma" w:cs="Tahoma"/>
          <w:color w:val="000000" w:themeColor="text1"/>
          <w:sz w:val="22"/>
          <w:szCs w:val="24"/>
          <w:lang w:val="pl-PL"/>
        </w:rPr>
      </w:pPr>
    </w:p>
    <w:p w14:paraId="5DD77BB4" w14:textId="0F2CBC05" w:rsidR="00B8527E" w:rsidRPr="00247888" w:rsidRDefault="00935F89" w:rsidP="004D18DC">
      <w:pPr>
        <w:jc w:val="both"/>
        <w:rPr>
          <w:rFonts w:ascii="Tahoma" w:hAnsi="Tahoma" w:cs="Tahoma"/>
          <w:color w:val="000000" w:themeColor="text1"/>
          <w:lang w:val="pl-PL"/>
        </w:rPr>
      </w:pPr>
      <w:r w:rsidRPr="00715026">
        <w:rPr>
          <w:rFonts w:ascii="Tahoma" w:hAnsi="Tahoma" w:cs="Tahoma"/>
          <w:b/>
          <w:bCs/>
          <w:iCs/>
          <w:color w:val="000000" w:themeColor="text1"/>
          <w:lang w:val="pl-PL"/>
        </w:rPr>
        <w:t xml:space="preserve">Dotyczy postępowania </w:t>
      </w:r>
      <w:r w:rsidR="004D18DC" w:rsidRPr="002E5B0B">
        <w:rPr>
          <w:rFonts w:ascii="Tahoma" w:hAnsi="Tahoma" w:cs="Tahoma"/>
          <w:b/>
          <w:sz w:val="22"/>
          <w:lang w:val="pl-PL"/>
        </w:rPr>
        <w:t xml:space="preserve">na </w:t>
      </w:r>
      <w:r w:rsidR="004D18DC" w:rsidRPr="002E5B0B">
        <w:rPr>
          <w:rFonts w:ascii="Tahoma" w:hAnsi="Tahoma" w:cs="Tahoma"/>
          <w:b/>
          <w:bCs/>
          <w:lang w:val="pl-PL"/>
        </w:rPr>
        <w:t>dostawy maksymalnie 1750 stołów do tenisa stołowego wraz z podstawowym wyposażeniem w ramach Programu „Pierwszy Serw”</w:t>
      </w:r>
      <w:r w:rsidR="004D18DC">
        <w:rPr>
          <w:rFonts w:ascii="Tahoma" w:hAnsi="Tahoma" w:cs="Tahoma"/>
          <w:b/>
          <w:bCs/>
          <w:lang w:val="pl-PL"/>
        </w:rPr>
        <w:t xml:space="preserve"> </w:t>
      </w:r>
      <w:r w:rsidR="00FB4DDD">
        <w:rPr>
          <w:rFonts w:ascii="Tahoma" w:hAnsi="Tahoma" w:cs="Tahoma"/>
          <w:iCs/>
          <w:color w:val="000000" w:themeColor="text1"/>
          <w:lang w:val="pl-PL"/>
        </w:rPr>
        <w:t>(„</w:t>
      </w:r>
      <w:r w:rsidR="00FB4DDD" w:rsidRPr="00715026">
        <w:rPr>
          <w:rFonts w:ascii="Tahoma" w:hAnsi="Tahoma" w:cs="Tahoma"/>
          <w:b/>
          <w:bCs/>
          <w:iCs/>
          <w:color w:val="000000" w:themeColor="text1"/>
          <w:lang w:val="pl-PL"/>
        </w:rPr>
        <w:t>Postępowanie</w:t>
      </w:r>
      <w:r w:rsidR="00FB4DDD">
        <w:rPr>
          <w:rFonts w:ascii="Tahoma" w:hAnsi="Tahoma" w:cs="Tahoma"/>
          <w:iCs/>
          <w:color w:val="000000" w:themeColor="text1"/>
          <w:lang w:val="pl-PL"/>
        </w:rPr>
        <w:t>”), którego ogłoszenie zostało opublikowane w dniu</w:t>
      </w:r>
      <w:r w:rsidR="00FB4DDD" w:rsidRPr="00247888">
        <w:rPr>
          <w:rFonts w:ascii="Tahoma" w:hAnsi="Tahoma" w:cs="Tahoma"/>
          <w:i/>
          <w:color w:val="000000" w:themeColor="text1"/>
          <w:lang w:val="pl-PL"/>
        </w:rPr>
        <w:t xml:space="preserve"> </w:t>
      </w:r>
      <w:r w:rsidR="004D18DC">
        <w:rPr>
          <w:rFonts w:ascii="Tahoma" w:hAnsi="Tahoma" w:cs="Tahoma"/>
          <w:iCs/>
          <w:color w:val="000000" w:themeColor="text1"/>
          <w:lang w:val="pl-PL"/>
        </w:rPr>
        <w:t>20.08.2026 r.</w:t>
      </w:r>
      <w:r w:rsidR="00FB4DDD">
        <w:rPr>
          <w:rFonts w:ascii="Tahoma" w:hAnsi="Tahoma" w:cs="Tahoma"/>
          <w:iCs/>
          <w:color w:val="000000" w:themeColor="text1"/>
          <w:lang w:val="pl-PL"/>
        </w:rPr>
        <w:t xml:space="preserve"> („</w:t>
      </w:r>
      <w:r w:rsidR="00FB4DDD" w:rsidRPr="00715026">
        <w:rPr>
          <w:rFonts w:ascii="Tahoma" w:hAnsi="Tahoma" w:cs="Tahoma"/>
          <w:b/>
          <w:bCs/>
          <w:iCs/>
          <w:color w:val="000000" w:themeColor="text1"/>
          <w:lang w:val="pl-PL"/>
        </w:rPr>
        <w:t>Ogłoszenie</w:t>
      </w:r>
      <w:r w:rsidR="00FB4DDD">
        <w:rPr>
          <w:rFonts w:ascii="Tahoma" w:hAnsi="Tahoma" w:cs="Tahoma"/>
          <w:iCs/>
          <w:color w:val="000000" w:themeColor="text1"/>
          <w:lang w:val="pl-PL"/>
        </w:rPr>
        <w:t>”).</w:t>
      </w:r>
    </w:p>
    <w:p w14:paraId="2EB19D48" w14:textId="77777777" w:rsidR="00B8527E" w:rsidRPr="00247888" w:rsidRDefault="00935F89">
      <w:pPr>
        <w:pStyle w:val="Nagwek1"/>
        <w:rPr>
          <w:rFonts w:ascii="Tahoma" w:hAnsi="Tahoma" w:cs="Tahoma"/>
          <w:color w:val="000000" w:themeColor="text1"/>
          <w:lang w:val="pl-PL"/>
        </w:rPr>
      </w:pPr>
      <w:r w:rsidRPr="00247888">
        <w:rPr>
          <w:rFonts w:ascii="Tahoma" w:hAnsi="Tahoma" w:cs="Tahoma"/>
          <w:color w:val="000000" w:themeColor="text1"/>
          <w:lang w:val="pl-PL"/>
        </w:rPr>
        <w:t>1. Dane wykonawcy</w:t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2835"/>
        <w:gridCol w:w="6236"/>
      </w:tblGrid>
      <w:tr w:rsidR="00B8527E" w:rsidRPr="00247888" w14:paraId="2EA0F7F4" w14:textId="77777777">
        <w:tc>
          <w:tcPr>
            <w:tcW w:w="2835" w:type="dxa"/>
            <w:shd w:val="clear" w:color="auto" w:fill="EDEDED"/>
            <w:vAlign w:val="center"/>
          </w:tcPr>
          <w:p w14:paraId="6EEB946B" w14:textId="77777777" w:rsidR="00B8527E" w:rsidRPr="00247888" w:rsidRDefault="00935F89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247888">
              <w:rPr>
                <w:rFonts w:ascii="Tahoma" w:hAnsi="Tahoma" w:cs="Tahoma"/>
                <w:b/>
                <w:color w:val="000000" w:themeColor="text1"/>
                <w:sz w:val="18"/>
                <w:lang w:val="pl-PL"/>
              </w:rPr>
              <w:t>Nazwa wykonawcy:</w:t>
            </w:r>
          </w:p>
        </w:tc>
        <w:tc>
          <w:tcPr>
            <w:tcW w:w="6236" w:type="dxa"/>
            <w:vAlign w:val="center"/>
          </w:tcPr>
          <w:p w14:paraId="5EA9AEBA" w14:textId="77777777" w:rsidR="00B8527E" w:rsidRPr="00247888" w:rsidRDefault="00935F89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247888">
              <w:rPr>
                <w:rFonts w:ascii="Tahoma" w:hAnsi="Tahoma" w:cs="Tahoma"/>
                <w:color w:val="000000" w:themeColor="text1"/>
                <w:sz w:val="18"/>
                <w:lang w:val="pl-PL"/>
              </w:rPr>
              <w:t>[</w:t>
            </w:r>
            <w:r w:rsidRPr="00715026">
              <w:rPr>
                <w:rFonts w:ascii="Tahoma" w:hAnsi="Tahoma" w:cs="Tahoma"/>
                <w:color w:val="000000" w:themeColor="text1"/>
                <w:sz w:val="18"/>
                <w:highlight w:val="yellow"/>
                <w:lang w:val="pl-PL"/>
              </w:rPr>
              <w:t>uzupełnić</w:t>
            </w:r>
            <w:r w:rsidRPr="00247888">
              <w:rPr>
                <w:rFonts w:ascii="Tahoma" w:hAnsi="Tahoma" w:cs="Tahoma"/>
                <w:color w:val="000000" w:themeColor="text1"/>
                <w:sz w:val="18"/>
                <w:lang w:val="pl-PL"/>
              </w:rPr>
              <w:t>]</w:t>
            </w:r>
          </w:p>
        </w:tc>
      </w:tr>
      <w:tr w:rsidR="00B8527E" w:rsidRPr="00247888" w14:paraId="31E2A7D8" w14:textId="77777777">
        <w:tc>
          <w:tcPr>
            <w:tcW w:w="2835" w:type="dxa"/>
            <w:shd w:val="clear" w:color="auto" w:fill="EDEDED"/>
            <w:vAlign w:val="center"/>
          </w:tcPr>
          <w:p w14:paraId="70551212" w14:textId="77777777" w:rsidR="00B8527E" w:rsidRPr="00247888" w:rsidRDefault="00935F89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247888">
              <w:rPr>
                <w:rFonts w:ascii="Tahoma" w:hAnsi="Tahoma" w:cs="Tahoma"/>
                <w:b/>
                <w:color w:val="000000" w:themeColor="text1"/>
                <w:sz w:val="18"/>
                <w:lang w:val="pl-PL"/>
              </w:rPr>
              <w:t>Adres siedziby:</w:t>
            </w:r>
          </w:p>
        </w:tc>
        <w:tc>
          <w:tcPr>
            <w:tcW w:w="6236" w:type="dxa"/>
            <w:vAlign w:val="center"/>
          </w:tcPr>
          <w:p w14:paraId="0AA332DB" w14:textId="77777777" w:rsidR="00B8527E" w:rsidRPr="00247888" w:rsidRDefault="00935F89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247888">
              <w:rPr>
                <w:rFonts w:ascii="Tahoma" w:hAnsi="Tahoma" w:cs="Tahoma"/>
                <w:color w:val="000000" w:themeColor="text1"/>
                <w:sz w:val="18"/>
                <w:lang w:val="pl-PL"/>
              </w:rPr>
              <w:t>[</w:t>
            </w:r>
            <w:r w:rsidRPr="00715026">
              <w:rPr>
                <w:rFonts w:ascii="Tahoma" w:hAnsi="Tahoma" w:cs="Tahoma"/>
                <w:color w:val="000000" w:themeColor="text1"/>
                <w:sz w:val="18"/>
                <w:highlight w:val="yellow"/>
                <w:lang w:val="pl-PL"/>
              </w:rPr>
              <w:t>uzupełnić</w:t>
            </w:r>
            <w:r w:rsidRPr="00247888">
              <w:rPr>
                <w:rFonts w:ascii="Tahoma" w:hAnsi="Tahoma" w:cs="Tahoma"/>
                <w:color w:val="000000" w:themeColor="text1"/>
                <w:sz w:val="18"/>
                <w:lang w:val="pl-PL"/>
              </w:rPr>
              <w:t>]</w:t>
            </w:r>
          </w:p>
        </w:tc>
      </w:tr>
      <w:tr w:rsidR="00B8527E" w:rsidRPr="00247888" w14:paraId="5C269B4F" w14:textId="77777777">
        <w:tc>
          <w:tcPr>
            <w:tcW w:w="2835" w:type="dxa"/>
            <w:shd w:val="clear" w:color="auto" w:fill="EDEDED"/>
            <w:vAlign w:val="center"/>
          </w:tcPr>
          <w:p w14:paraId="5F4DCA5B" w14:textId="77777777" w:rsidR="00B8527E" w:rsidRPr="00247888" w:rsidRDefault="00935F89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247888">
              <w:rPr>
                <w:rFonts w:ascii="Tahoma" w:hAnsi="Tahoma" w:cs="Tahoma"/>
                <w:b/>
                <w:color w:val="000000" w:themeColor="text1"/>
                <w:sz w:val="18"/>
                <w:lang w:val="pl-PL"/>
              </w:rPr>
              <w:t>KRS/CEIDG albo inny rejestr:</w:t>
            </w:r>
          </w:p>
        </w:tc>
        <w:tc>
          <w:tcPr>
            <w:tcW w:w="6236" w:type="dxa"/>
            <w:vAlign w:val="center"/>
          </w:tcPr>
          <w:p w14:paraId="4658EA70" w14:textId="77777777" w:rsidR="00B8527E" w:rsidRPr="00247888" w:rsidRDefault="00935F89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247888">
              <w:rPr>
                <w:rFonts w:ascii="Tahoma" w:hAnsi="Tahoma" w:cs="Tahoma"/>
                <w:color w:val="000000" w:themeColor="text1"/>
                <w:sz w:val="18"/>
                <w:lang w:val="pl-PL"/>
              </w:rPr>
              <w:t>[</w:t>
            </w:r>
            <w:r w:rsidRPr="00715026">
              <w:rPr>
                <w:rFonts w:ascii="Tahoma" w:hAnsi="Tahoma" w:cs="Tahoma"/>
                <w:color w:val="000000" w:themeColor="text1"/>
                <w:sz w:val="18"/>
                <w:highlight w:val="yellow"/>
                <w:lang w:val="pl-PL"/>
              </w:rPr>
              <w:t>uzupełnić</w:t>
            </w:r>
            <w:r w:rsidRPr="00247888">
              <w:rPr>
                <w:rFonts w:ascii="Tahoma" w:hAnsi="Tahoma" w:cs="Tahoma"/>
                <w:color w:val="000000" w:themeColor="text1"/>
                <w:sz w:val="18"/>
                <w:lang w:val="pl-PL"/>
              </w:rPr>
              <w:t>]</w:t>
            </w:r>
          </w:p>
        </w:tc>
      </w:tr>
      <w:tr w:rsidR="00B8527E" w:rsidRPr="00247888" w14:paraId="2D12614C" w14:textId="77777777">
        <w:tc>
          <w:tcPr>
            <w:tcW w:w="2835" w:type="dxa"/>
            <w:shd w:val="clear" w:color="auto" w:fill="EDEDED"/>
            <w:vAlign w:val="center"/>
          </w:tcPr>
          <w:p w14:paraId="5021109F" w14:textId="77777777" w:rsidR="00B8527E" w:rsidRPr="00247888" w:rsidRDefault="00935F89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247888">
              <w:rPr>
                <w:rFonts w:ascii="Tahoma" w:hAnsi="Tahoma" w:cs="Tahoma"/>
                <w:b/>
                <w:color w:val="000000" w:themeColor="text1"/>
                <w:sz w:val="18"/>
                <w:lang w:val="pl-PL"/>
              </w:rPr>
              <w:t>NIP:</w:t>
            </w:r>
          </w:p>
        </w:tc>
        <w:tc>
          <w:tcPr>
            <w:tcW w:w="6236" w:type="dxa"/>
            <w:vAlign w:val="center"/>
          </w:tcPr>
          <w:p w14:paraId="1F878552" w14:textId="77777777" w:rsidR="00B8527E" w:rsidRPr="00247888" w:rsidRDefault="00935F89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247888">
              <w:rPr>
                <w:rFonts w:ascii="Tahoma" w:hAnsi="Tahoma" w:cs="Tahoma"/>
                <w:color w:val="000000" w:themeColor="text1"/>
                <w:sz w:val="18"/>
                <w:lang w:val="pl-PL"/>
              </w:rPr>
              <w:t>[</w:t>
            </w:r>
            <w:r w:rsidRPr="00715026">
              <w:rPr>
                <w:rFonts w:ascii="Tahoma" w:hAnsi="Tahoma" w:cs="Tahoma"/>
                <w:color w:val="000000" w:themeColor="text1"/>
                <w:sz w:val="18"/>
                <w:highlight w:val="yellow"/>
                <w:lang w:val="pl-PL"/>
              </w:rPr>
              <w:t>uzupełnić</w:t>
            </w:r>
            <w:r w:rsidRPr="00247888">
              <w:rPr>
                <w:rFonts w:ascii="Tahoma" w:hAnsi="Tahoma" w:cs="Tahoma"/>
                <w:color w:val="000000" w:themeColor="text1"/>
                <w:sz w:val="18"/>
                <w:lang w:val="pl-PL"/>
              </w:rPr>
              <w:t>]</w:t>
            </w:r>
          </w:p>
        </w:tc>
      </w:tr>
      <w:tr w:rsidR="00B8527E" w:rsidRPr="00247888" w14:paraId="7C71766D" w14:textId="77777777">
        <w:tc>
          <w:tcPr>
            <w:tcW w:w="2835" w:type="dxa"/>
            <w:shd w:val="clear" w:color="auto" w:fill="EDEDED"/>
            <w:vAlign w:val="center"/>
          </w:tcPr>
          <w:p w14:paraId="352B7787" w14:textId="77777777" w:rsidR="00B8527E" w:rsidRPr="00247888" w:rsidRDefault="00935F89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247888">
              <w:rPr>
                <w:rFonts w:ascii="Tahoma" w:hAnsi="Tahoma" w:cs="Tahoma"/>
                <w:b/>
                <w:color w:val="000000" w:themeColor="text1"/>
                <w:sz w:val="18"/>
                <w:lang w:val="pl-PL"/>
              </w:rPr>
              <w:t>REGON:</w:t>
            </w:r>
          </w:p>
        </w:tc>
        <w:tc>
          <w:tcPr>
            <w:tcW w:w="6236" w:type="dxa"/>
            <w:vAlign w:val="center"/>
          </w:tcPr>
          <w:p w14:paraId="5F95447E" w14:textId="77777777" w:rsidR="00B8527E" w:rsidRPr="00247888" w:rsidRDefault="00935F89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247888">
              <w:rPr>
                <w:rFonts w:ascii="Tahoma" w:hAnsi="Tahoma" w:cs="Tahoma"/>
                <w:color w:val="000000" w:themeColor="text1"/>
                <w:sz w:val="18"/>
                <w:lang w:val="pl-PL"/>
              </w:rPr>
              <w:t>[</w:t>
            </w:r>
            <w:r w:rsidRPr="00715026">
              <w:rPr>
                <w:rFonts w:ascii="Tahoma" w:hAnsi="Tahoma" w:cs="Tahoma"/>
                <w:color w:val="000000" w:themeColor="text1"/>
                <w:sz w:val="18"/>
                <w:highlight w:val="yellow"/>
                <w:lang w:val="pl-PL"/>
              </w:rPr>
              <w:t>uzupełnić</w:t>
            </w:r>
            <w:r w:rsidRPr="00247888">
              <w:rPr>
                <w:rFonts w:ascii="Tahoma" w:hAnsi="Tahoma" w:cs="Tahoma"/>
                <w:color w:val="000000" w:themeColor="text1"/>
                <w:sz w:val="18"/>
                <w:lang w:val="pl-PL"/>
              </w:rPr>
              <w:t>]</w:t>
            </w:r>
          </w:p>
        </w:tc>
      </w:tr>
      <w:tr w:rsidR="00B8527E" w:rsidRPr="00247888" w14:paraId="6A2173FD" w14:textId="77777777">
        <w:tc>
          <w:tcPr>
            <w:tcW w:w="2835" w:type="dxa"/>
            <w:shd w:val="clear" w:color="auto" w:fill="EDEDED"/>
            <w:vAlign w:val="center"/>
          </w:tcPr>
          <w:p w14:paraId="27D93FF1" w14:textId="77777777" w:rsidR="00B8527E" w:rsidRPr="00247888" w:rsidRDefault="00935F89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247888">
              <w:rPr>
                <w:rFonts w:ascii="Tahoma" w:hAnsi="Tahoma" w:cs="Tahoma"/>
                <w:b/>
                <w:color w:val="000000" w:themeColor="text1"/>
                <w:sz w:val="18"/>
                <w:lang w:val="pl-PL"/>
              </w:rPr>
              <w:t>Osoba do kontaktu:</w:t>
            </w:r>
          </w:p>
        </w:tc>
        <w:tc>
          <w:tcPr>
            <w:tcW w:w="6236" w:type="dxa"/>
            <w:vAlign w:val="center"/>
          </w:tcPr>
          <w:p w14:paraId="5476BC45" w14:textId="77777777" w:rsidR="00B8527E" w:rsidRPr="00247888" w:rsidRDefault="00935F89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247888">
              <w:rPr>
                <w:rFonts w:ascii="Tahoma" w:hAnsi="Tahoma" w:cs="Tahoma"/>
                <w:color w:val="000000" w:themeColor="text1"/>
                <w:sz w:val="18"/>
                <w:lang w:val="pl-PL"/>
              </w:rPr>
              <w:t>[</w:t>
            </w:r>
            <w:r w:rsidRPr="00715026">
              <w:rPr>
                <w:rFonts w:ascii="Tahoma" w:hAnsi="Tahoma" w:cs="Tahoma"/>
                <w:color w:val="000000" w:themeColor="text1"/>
                <w:sz w:val="18"/>
                <w:highlight w:val="yellow"/>
                <w:lang w:val="pl-PL"/>
              </w:rPr>
              <w:t>uzupełnić</w:t>
            </w:r>
            <w:r w:rsidRPr="00247888">
              <w:rPr>
                <w:rFonts w:ascii="Tahoma" w:hAnsi="Tahoma" w:cs="Tahoma"/>
                <w:color w:val="000000" w:themeColor="text1"/>
                <w:sz w:val="18"/>
                <w:lang w:val="pl-PL"/>
              </w:rPr>
              <w:t>]</w:t>
            </w:r>
          </w:p>
        </w:tc>
      </w:tr>
      <w:tr w:rsidR="00B8527E" w:rsidRPr="00247888" w14:paraId="5D28A400" w14:textId="77777777">
        <w:tc>
          <w:tcPr>
            <w:tcW w:w="2835" w:type="dxa"/>
            <w:shd w:val="clear" w:color="auto" w:fill="EDEDED"/>
            <w:vAlign w:val="center"/>
          </w:tcPr>
          <w:p w14:paraId="206B9158" w14:textId="77777777" w:rsidR="00B8527E" w:rsidRPr="00247888" w:rsidRDefault="00935F89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247888">
              <w:rPr>
                <w:rFonts w:ascii="Tahoma" w:hAnsi="Tahoma" w:cs="Tahoma"/>
                <w:b/>
                <w:color w:val="000000" w:themeColor="text1"/>
                <w:sz w:val="18"/>
                <w:lang w:val="pl-PL"/>
              </w:rPr>
              <w:t>Telefon:</w:t>
            </w:r>
          </w:p>
        </w:tc>
        <w:tc>
          <w:tcPr>
            <w:tcW w:w="6236" w:type="dxa"/>
            <w:vAlign w:val="center"/>
          </w:tcPr>
          <w:p w14:paraId="59B3AE0A" w14:textId="77777777" w:rsidR="00B8527E" w:rsidRPr="00247888" w:rsidRDefault="00935F89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247888">
              <w:rPr>
                <w:rFonts w:ascii="Tahoma" w:hAnsi="Tahoma" w:cs="Tahoma"/>
                <w:color w:val="000000" w:themeColor="text1"/>
                <w:sz w:val="18"/>
                <w:lang w:val="pl-PL"/>
              </w:rPr>
              <w:t>[</w:t>
            </w:r>
            <w:r w:rsidRPr="00715026">
              <w:rPr>
                <w:rFonts w:ascii="Tahoma" w:hAnsi="Tahoma" w:cs="Tahoma"/>
                <w:color w:val="000000" w:themeColor="text1"/>
                <w:sz w:val="18"/>
                <w:highlight w:val="yellow"/>
                <w:lang w:val="pl-PL"/>
              </w:rPr>
              <w:t>uzupełnić</w:t>
            </w:r>
            <w:r w:rsidRPr="00247888">
              <w:rPr>
                <w:rFonts w:ascii="Tahoma" w:hAnsi="Tahoma" w:cs="Tahoma"/>
                <w:color w:val="000000" w:themeColor="text1"/>
                <w:sz w:val="18"/>
                <w:lang w:val="pl-PL"/>
              </w:rPr>
              <w:t>]</w:t>
            </w:r>
          </w:p>
        </w:tc>
      </w:tr>
      <w:tr w:rsidR="00B8527E" w:rsidRPr="00247888" w14:paraId="4C776899" w14:textId="77777777">
        <w:tc>
          <w:tcPr>
            <w:tcW w:w="2835" w:type="dxa"/>
            <w:shd w:val="clear" w:color="auto" w:fill="EDEDED"/>
            <w:vAlign w:val="center"/>
          </w:tcPr>
          <w:p w14:paraId="7B288331" w14:textId="77777777" w:rsidR="00B8527E" w:rsidRPr="00247888" w:rsidRDefault="00935F89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247888">
              <w:rPr>
                <w:rFonts w:ascii="Tahoma" w:hAnsi="Tahoma" w:cs="Tahoma"/>
                <w:b/>
                <w:color w:val="000000" w:themeColor="text1"/>
                <w:sz w:val="18"/>
                <w:lang w:val="pl-PL"/>
              </w:rPr>
              <w:t>E-mail:</w:t>
            </w:r>
          </w:p>
        </w:tc>
        <w:tc>
          <w:tcPr>
            <w:tcW w:w="6236" w:type="dxa"/>
            <w:vAlign w:val="center"/>
          </w:tcPr>
          <w:p w14:paraId="5C3DDDEB" w14:textId="77777777" w:rsidR="00B8527E" w:rsidRPr="00247888" w:rsidRDefault="00935F89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247888">
              <w:rPr>
                <w:rFonts w:ascii="Tahoma" w:hAnsi="Tahoma" w:cs="Tahoma"/>
                <w:color w:val="000000" w:themeColor="text1"/>
                <w:sz w:val="18"/>
                <w:lang w:val="pl-PL"/>
              </w:rPr>
              <w:t>[</w:t>
            </w:r>
            <w:r w:rsidRPr="00715026">
              <w:rPr>
                <w:rFonts w:ascii="Tahoma" w:hAnsi="Tahoma" w:cs="Tahoma"/>
                <w:color w:val="000000" w:themeColor="text1"/>
                <w:sz w:val="18"/>
                <w:highlight w:val="yellow"/>
                <w:lang w:val="pl-PL"/>
              </w:rPr>
              <w:t>uzupełnić</w:t>
            </w:r>
            <w:r w:rsidRPr="00247888">
              <w:rPr>
                <w:rFonts w:ascii="Tahoma" w:hAnsi="Tahoma" w:cs="Tahoma"/>
                <w:color w:val="000000" w:themeColor="text1"/>
                <w:sz w:val="18"/>
                <w:lang w:val="pl-PL"/>
              </w:rPr>
              <w:t>]</w:t>
            </w:r>
          </w:p>
        </w:tc>
      </w:tr>
      <w:tr w:rsidR="00B8527E" w:rsidRPr="00247888" w14:paraId="6EBA5595" w14:textId="77777777">
        <w:tc>
          <w:tcPr>
            <w:tcW w:w="2835" w:type="dxa"/>
            <w:shd w:val="clear" w:color="auto" w:fill="EDEDED"/>
            <w:vAlign w:val="center"/>
          </w:tcPr>
          <w:p w14:paraId="1BF48276" w14:textId="77777777" w:rsidR="00B8527E" w:rsidRPr="00247888" w:rsidRDefault="00935F89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247888">
              <w:rPr>
                <w:rFonts w:ascii="Tahoma" w:hAnsi="Tahoma" w:cs="Tahoma"/>
                <w:b/>
                <w:color w:val="000000" w:themeColor="text1"/>
                <w:sz w:val="18"/>
                <w:lang w:val="pl-PL"/>
              </w:rPr>
              <w:t>Adres do korespondencji, jeżeli inny niż siedziby:</w:t>
            </w:r>
          </w:p>
        </w:tc>
        <w:tc>
          <w:tcPr>
            <w:tcW w:w="6236" w:type="dxa"/>
            <w:vAlign w:val="center"/>
          </w:tcPr>
          <w:p w14:paraId="0E3DAA48" w14:textId="77777777" w:rsidR="00B8527E" w:rsidRPr="00247888" w:rsidRDefault="00935F89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247888">
              <w:rPr>
                <w:rFonts w:ascii="Tahoma" w:hAnsi="Tahoma" w:cs="Tahoma"/>
                <w:color w:val="000000" w:themeColor="text1"/>
                <w:sz w:val="18"/>
                <w:lang w:val="pl-PL"/>
              </w:rPr>
              <w:t>[</w:t>
            </w:r>
            <w:r w:rsidRPr="00715026">
              <w:rPr>
                <w:rFonts w:ascii="Tahoma" w:hAnsi="Tahoma" w:cs="Tahoma"/>
                <w:color w:val="000000" w:themeColor="text1"/>
                <w:sz w:val="18"/>
                <w:highlight w:val="yellow"/>
                <w:lang w:val="pl-PL"/>
              </w:rPr>
              <w:t>uzupełnić</w:t>
            </w:r>
            <w:r w:rsidRPr="00247888">
              <w:rPr>
                <w:rFonts w:ascii="Tahoma" w:hAnsi="Tahoma" w:cs="Tahoma"/>
                <w:color w:val="000000" w:themeColor="text1"/>
                <w:sz w:val="18"/>
                <w:lang w:val="pl-PL"/>
              </w:rPr>
              <w:t>]</w:t>
            </w:r>
          </w:p>
        </w:tc>
      </w:tr>
      <w:tr w:rsidR="00AF7FF9" w:rsidRPr="00247888" w14:paraId="56DC997D" w14:textId="77777777">
        <w:tc>
          <w:tcPr>
            <w:tcW w:w="2835" w:type="dxa"/>
            <w:shd w:val="clear" w:color="auto" w:fill="EDEDED"/>
            <w:vAlign w:val="center"/>
          </w:tcPr>
          <w:p w14:paraId="68C33B9F" w14:textId="01AAAB66" w:rsidR="00AF7FF9" w:rsidRPr="00247888" w:rsidRDefault="00AF7FF9">
            <w:pPr>
              <w:rPr>
                <w:rFonts w:ascii="Tahoma" w:hAnsi="Tahoma" w:cs="Tahoma"/>
                <w:b/>
                <w:color w:val="000000" w:themeColor="text1"/>
                <w:sz w:val="18"/>
                <w:lang w:val="pl-PL"/>
              </w:rPr>
            </w:pPr>
            <w:r>
              <w:rPr>
                <w:rFonts w:ascii="Tahoma" w:hAnsi="Tahoma" w:cs="Tahoma"/>
                <w:b/>
                <w:color w:val="000000" w:themeColor="text1"/>
                <w:sz w:val="18"/>
                <w:lang w:val="pl-PL"/>
              </w:rPr>
              <w:t>Reprezentowany przez:</w:t>
            </w:r>
          </w:p>
        </w:tc>
        <w:tc>
          <w:tcPr>
            <w:tcW w:w="6236" w:type="dxa"/>
            <w:vAlign w:val="center"/>
          </w:tcPr>
          <w:p w14:paraId="24D33D1F" w14:textId="752D4146" w:rsidR="00AF7FF9" w:rsidRPr="00247888" w:rsidRDefault="00400DB3">
            <w:pPr>
              <w:rPr>
                <w:rFonts w:ascii="Tahoma" w:hAnsi="Tahoma" w:cs="Tahoma"/>
                <w:color w:val="000000" w:themeColor="text1"/>
                <w:sz w:val="18"/>
                <w:lang w:val="pl-PL"/>
              </w:rPr>
            </w:pPr>
            <w:r w:rsidRPr="00247888">
              <w:rPr>
                <w:rFonts w:ascii="Tahoma" w:hAnsi="Tahoma" w:cs="Tahoma"/>
                <w:color w:val="000000" w:themeColor="text1"/>
                <w:sz w:val="18"/>
                <w:lang w:val="pl-PL"/>
              </w:rPr>
              <w:t>[</w:t>
            </w:r>
            <w:r w:rsidRPr="001B0790">
              <w:rPr>
                <w:rFonts w:ascii="Tahoma" w:hAnsi="Tahoma" w:cs="Tahoma"/>
                <w:color w:val="000000" w:themeColor="text1"/>
                <w:sz w:val="18"/>
                <w:highlight w:val="yellow"/>
                <w:lang w:val="pl-PL"/>
              </w:rPr>
              <w:t>uzupełnić</w:t>
            </w:r>
            <w:r w:rsidRPr="00247888">
              <w:rPr>
                <w:rFonts w:ascii="Tahoma" w:hAnsi="Tahoma" w:cs="Tahoma"/>
                <w:color w:val="000000" w:themeColor="text1"/>
                <w:sz w:val="18"/>
                <w:lang w:val="pl-PL"/>
              </w:rPr>
              <w:t>]</w:t>
            </w:r>
          </w:p>
        </w:tc>
      </w:tr>
    </w:tbl>
    <w:p w14:paraId="569C56F9" w14:textId="662BA973" w:rsidR="00310E81" w:rsidRPr="00715026" w:rsidRDefault="00310E81" w:rsidP="00715026">
      <w:pPr>
        <w:pStyle w:val="Nagwek1"/>
        <w:jc w:val="both"/>
        <w:rPr>
          <w:rFonts w:ascii="Tahoma" w:hAnsi="Tahoma" w:cs="Tahoma"/>
          <w:i/>
          <w:color w:val="000000" w:themeColor="text1"/>
          <w:lang w:val="pl-PL"/>
        </w:rPr>
      </w:pPr>
      <w:r w:rsidRPr="00715026">
        <w:rPr>
          <w:rFonts w:ascii="Tahoma" w:eastAsiaTheme="minorEastAsia" w:hAnsi="Tahoma" w:cs="Tahoma"/>
          <w:b w:val="0"/>
          <w:bCs w:val="0"/>
          <w:i/>
          <w:color w:val="000000" w:themeColor="text1"/>
          <w:sz w:val="18"/>
          <w:szCs w:val="20"/>
          <w:lang w:val="pl-PL"/>
        </w:rPr>
        <w:t>W przypadku oferty składanej przez</w:t>
      </w:r>
      <w:r w:rsidR="00182690">
        <w:rPr>
          <w:rFonts w:ascii="Tahoma" w:eastAsiaTheme="minorEastAsia" w:hAnsi="Tahoma" w:cs="Tahoma"/>
          <w:b w:val="0"/>
          <w:bCs w:val="0"/>
          <w:i/>
          <w:color w:val="000000" w:themeColor="text1"/>
          <w:sz w:val="18"/>
          <w:szCs w:val="20"/>
          <w:lang w:val="pl-PL"/>
        </w:rPr>
        <w:t xml:space="preserve"> wykonawców wspólnie ubiegających się o udzielenie zamówienia tabelę wypełnia każdy z wykonawców oraz zaznacza się pełnomocnika</w:t>
      </w:r>
      <w:r w:rsidR="00803833">
        <w:rPr>
          <w:rFonts w:ascii="Tahoma" w:eastAsiaTheme="minorEastAsia" w:hAnsi="Tahoma" w:cs="Tahoma"/>
          <w:b w:val="0"/>
          <w:bCs w:val="0"/>
          <w:i/>
          <w:color w:val="000000" w:themeColor="text1"/>
          <w:sz w:val="18"/>
          <w:szCs w:val="20"/>
          <w:lang w:val="pl-PL"/>
        </w:rPr>
        <w:t xml:space="preserve">, który jest uprawniony do reprezentowania wykonawców. </w:t>
      </w:r>
    </w:p>
    <w:p w14:paraId="7D7235A1" w14:textId="2096DCAB" w:rsidR="00B8527E" w:rsidRPr="00247888" w:rsidRDefault="00935F89">
      <w:pPr>
        <w:pStyle w:val="Nagwek1"/>
        <w:rPr>
          <w:rFonts w:ascii="Tahoma" w:hAnsi="Tahoma" w:cs="Tahoma"/>
          <w:color w:val="000000" w:themeColor="text1"/>
          <w:lang w:val="pl-PL"/>
        </w:rPr>
      </w:pPr>
      <w:r w:rsidRPr="00247888">
        <w:rPr>
          <w:rFonts w:ascii="Tahoma" w:hAnsi="Tahoma" w:cs="Tahoma"/>
          <w:color w:val="000000" w:themeColor="text1"/>
          <w:lang w:val="pl-PL"/>
        </w:rPr>
        <w:t>2. Cena oferty</w:t>
      </w:r>
    </w:p>
    <w:p w14:paraId="21804F1C" w14:textId="77777777" w:rsidR="00B8527E" w:rsidRPr="00247888" w:rsidRDefault="00935F89">
      <w:pPr>
        <w:rPr>
          <w:rFonts w:ascii="Tahoma" w:hAnsi="Tahoma" w:cs="Tahoma"/>
          <w:color w:val="000000" w:themeColor="text1"/>
          <w:lang w:val="pl-PL"/>
        </w:rPr>
      </w:pPr>
      <w:r w:rsidRPr="00247888">
        <w:rPr>
          <w:rFonts w:ascii="Tahoma" w:hAnsi="Tahoma" w:cs="Tahoma"/>
          <w:color w:val="000000" w:themeColor="text1"/>
          <w:lang w:val="pl-PL"/>
        </w:rPr>
        <w:t>Oferuję wykonanie zamówienia na następujących warunkach cenowych:</w:t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538"/>
        <w:gridCol w:w="2811"/>
        <w:gridCol w:w="1951"/>
        <w:gridCol w:w="803"/>
        <w:gridCol w:w="1423"/>
        <w:gridCol w:w="1281"/>
        <w:gridCol w:w="1383"/>
      </w:tblGrid>
      <w:tr w:rsidR="00AD5B2A" w:rsidRPr="007046F4" w14:paraId="0843E907" w14:textId="3E65C7AE" w:rsidTr="00D17F09">
        <w:trPr>
          <w:tblHeader/>
        </w:trPr>
        <w:tc>
          <w:tcPr>
            <w:tcW w:w="540" w:type="dxa"/>
            <w:shd w:val="clear" w:color="auto" w:fill="BFBFBF" w:themeFill="background1" w:themeFillShade="BF"/>
            <w:vAlign w:val="center"/>
          </w:tcPr>
          <w:p w14:paraId="5267B51F" w14:textId="77777777" w:rsidR="00AD5B2A" w:rsidRPr="00393261" w:rsidRDefault="00AD5B2A">
            <w:pPr>
              <w:rPr>
                <w:rFonts w:ascii="Tahoma" w:hAnsi="Tahoma" w:cs="Tahoma"/>
                <w:color w:val="000000" w:themeColor="text1"/>
                <w:sz w:val="18"/>
                <w:szCs w:val="18"/>
                <w:lang w:val="pl-PL"/>
              </w:rPr>
            </w:pPr>
            <w:r w:rsidRPr="00393261">
              <w:rPr>
                <w:rFonts w:ascii="Tahoma" w:hAnsi="Tahoma" w:cs="Tahoma"/>
                <w:b/>
                <w:color w:val="000000" w:themeColor="text1"/>
                <w:sz w:val="18"/>
                <w:szCs w:val="18"/>
                <w:lang w:val="pl-PL"/>
              </w:rPr>
              <w:t>Lp.</w:t>
            </w:r>
          </w:p>
        </w:tc>
        <w:tc>
          <w:tcPr>
            <w:tcW w:w="2857" w:type="dxa"/>
            <w:shd w:val="clear" w:color="auto" w:fill="BFBFBF" w:themeFill="background1" w:themeFillShade="BF"/>
            <w:vAlign w:val="center"/>
          </w:tcPr>
          <w:p w14:paraId="6F9C38D5" w14:textId="77777777" w:rsidR="00AD5B2A" w:rsidRPr="00393261" w:rsidRDefault="00AD5B2A">
            <w:pPr>
              <w:rPr>
                <w:rFonts w:ascii="Tahoma" w:hAnsi="Tahoma" w:cs="Tahoma"/>
                <w:color w:val="000000" w:themeColor="text1"/>
                <w:sz w:val="18"/>
                <w:szCs w:val="18"/>
                <w:lang w:val="pl-PL"/>
              </w:rPr>
            </w:pPr>
            <w:r w:rsidRPr="00393261">
              <w:rPr>
                <w:rFonts w:ascii="Tahoma" w:hAnsi="Tahoma" w:cs="Tahoma"/>
                <w:b/>
                <w:color w:val="000000" w:themeColor="text1"/>
                <w:sz w:val="18"/>
                <w:szCs w:val="18"/>
                <w:lang w:val="pl-PL"/>
              </w:rPr>
              <w:t>Pozycja</w:t>
            </w:r>
          </w:p>
        </w:tc>
        <w:tc>
          <w:tcPr>
            <w:tcW w:w="1969" w:type="dxa"/>
            <w:shd w:val="clear" w:color="auto" w:fill="BFBFBF" w:themeFill="background1" w:themeFillShade="BF"/>
            <w:vAlign w:val="center"/>
          </w:tcPr>
          <w:p w14:paraId="573D23A9" w14:textId="373244CE" w:rsidR="00AD5B2A" w:rsidRPr="00393261" w:rsidRDefault="00AD5B2A">
            <w:pPr>
              <w:rPr>
                <w:rFonts w:ascii="Tahoma" w:hAnsi="Tahoma" w:cs="Tahoma"/>
                <w:color w:val="000000" w:themeColor="text1"/>
                <w:sz w:val="18"/>
                <w:szCs w:val="18"/>
                <w:lang w:val="pl-PL"/>
              </w:rPr>
            </w:pPr>
            <w:r w:rsidRPr="00393261">
              <w:rPr>
                <w:rFonts w:ascii="Tahoma" w:hAnsi="Tahoma" w:cs="Tahoma"/>
                <w:b/>
                <w:color w:val="000000" w:themeColor="text1"/>
                <w:sz w:val="18"/>
                <w:szCs w:val="18"/>
                <w:lang w:val="pl-PL"/>
              </w:rPr>
              <w:t xml:space="preserve">Cena </w:t>
            </w:r>
            <w:r w:rsidR="00D17F09" w:rsidRPr="00393261">
              <w:rPr>
                <w:rFonts w:ascii="Tahoma" w:hAnsi="Tahoma" w:cs="Tahoma"/>
                <w:b/>
                <w:color w:val="000000" w:themeColor="text1"/>
                <w:sz w:val="18"/>
                <w:szCs w:val="18"/>
                <w:lang w:val="pl-PL"/>
              </w:rPr>
              <w:t xml:space="preserve">jednostkowa </w:t>
            </w:r>
            <w:r w:rsidRPr="00393261">
              <w:rPr>
                <w:rFonts w:ascii="Tahoma" w:hAnsi="Tahoma" w:cs="Tahoma"/>
                <w:b/>
                <w:color w:val="000000" w:themeColor="text1"/>
                <w:sz w:val="18"/>
                <w:szCs w:val="18"/>
                <w:lang w:val="pl-PL"/>
              </w:rPr>
              <w:t>netto</w:t>
            </w:r>
            <w:r w:rsidR="008C37A1">
              <w:rPr>
                <w:rFonts w:ascii="Tahoma" w:hAnsi="Tahoma" w:cs="Tahoma"/>
                <w:b/>
                <w:color w:val="000000" w:themeColor="text1"/>
                <w:sz w:val="18"/>
                <w:szCs w:val="18"/>
                <w:lang w:val="pl-PL"/>
              </w:rPr>
              <w:t xml:space="preserve"> PLN</w:t>
            </w:r>
          </w:p>
        </w:tc>
        <w:tc>
          <w:tcPr>
            <w:tcW w:w="810" w:type="dxa"/>
            <w:shd w:val="clear" w:color="auto" w:fill="BFBFBF" w:themeFill="background1" w:themeFillShade="BF"/>
            <w:vAlign w:val="center"/>
          </w:tcPr>
          <w:p w14:paraId="5F8DF3F8" w14:textId="77777777" w:rsidR="00AD5B2A" w:rsidRPr="00393261" w:rsidRDefault="00AD5B2A">
            <w:pPr>
              <w:rPr>
                <w:rFonts w:ascii="Tahoma" w:hAnsi="Tahoma" w:cs="Tahoma"/>
                <w:color w:val="000000" w:themeColor="text1"/>
                <w:sz w:val="18"/>
                <w:szCs w:val="18"/>
                <w:lang w:val="pl-PL"/>
              </w:rPr>
            </w:pPr>
            <w:r w:rsidRPr="00393261">
              <w:rPr>
                <w:rFonts w:ascii="Tahoma" w:hAnsi="Tahoma" w:cs="Tahoma"/>
                <w:b/>
                <w:color w:val="000000" w:themeColor="text1"/>
                <w:sz w:val="18"/>
                <w:szCs w:val="18"/>
                <w:lang w:val="pl-PL"/>
              </w:rPr>
              <w:t>VAT</w:t>
            </w:r>
          </w:p>
        </w:tc>
        <w:tc>
          <w:tcPr>
            <w:tcW w:w="1424" w:type="dxa"/>
            <w:shd w:val="clear" w:color="auto" w:fill="BFBFBF" w:themeFill="background1" w:themeFillShade="BF"/>
            <w:vAlign w:val="center"/>
          </w:tcPr>
          <w:p w14:paraId="63D5484F" w14:textId="1158F2B9" w:rsidR="00AD5B2A" w:rsidRPr="00393261" w:rsidRDefault="00AD5B2A">
            <w:pPr>
              <w:rPr>
                <w:rFonts w:ascii="Tahoma" w:hAnsi="Tahoma" w:cs="Tahoma"/>
                <w:color w:val="000000" w:themeColor="text1"/>
                <w:sz w:val="18"/>
                <w:szCs w:val="18"/>
                <w:lang w:val="pl-PL"/>
              </w:rPr>
            </w:pPr>
            <w:r w:rsidRPr="00393261">
              <w:rPr>
                <w:rFonts w:ascii="Tahoma" w:hAnsi="Tahoma" w:cs="Tahoma"/>
                <w:b/>
                <w:color w:val="000000" w:themeColor="text1"/>
                <w:sz w:val="18"/>
                <w:szCs w:val="18"/>
                <w:lang w:val="pl-PL"/>
              </w:rPr>
              <w:t xml:space="preserve">Cena </w:t>
            </w:r>
            <w:r w:rsidR="00D17F09" w:rsidRPr="00393261">
              <w:rPr>
                <w:rFonts w:ascii="Tahoma" w:hAnsi="Tahoma" w:cs="Tahoma"/>
                <w:b/>
                <w:color w:val="000000" w:themeColor="text1"/>
                <w:sz w:val="18"/>
                <w:szCs w:val="18"/>
                <w:lang w:val="pl-PL"/>
              </w:rPr>
              <w:t xml:space="preserve">jednostkowa </w:t>
            </w:r>
            <w:r w:rsidRPr="00393261">
              <w:rPr>
                <w:rFonts w:ascii="Tahoma" w:hAnsi="Tahoma" w:cs="Tahoma"/>
                <w:b/>
                <w:color w:val="000000" w:themeColor="text1"/>
                <w:sz w:val="18"/>
                <w:szCs w:val="18"/>
                <w:lang w:val="pl-PL"/>
              </w:rPr>
              <w:t>brutto</w:t>
            </w:r>
            <w:r w:rsidR="008C37A1">
              <w:rPr>
                <w:rFonts w:ascii="Tahoma" w:hAnsi="Tahoma" w:cs="Tahoma"/>
                <w:b/>
                <w:color w:val="000000" w:themeColor="text1"/>
                <w:sz w:val="18"/>
                <w:szCs w:val="18"/>
                <w:lang w:val="pl-PL"/>
              </w:rPr>
              <w:t xml:space="preserve"> PLN</w:t>
            </w:r>
          </w:p>
        </w:tc>
        <w:tc>
          <w:tcPr>
            <w:tcW w:w="1295" w:type="dxa"/>
            <w:shd w:val="clear" w:color="auto" w:fill="BFBFBF" w:themeFill="background1" w:themeFillShade="BF"/>
            <w:vAlign w:val="center"/>
          </w:tcPr>
          <w:p w14:paraId="558A70AC" w14:textId="64293B62" w:rsidR="00AD5B2A" w:rsidRPr="00393261" w:rsidRDefault="004F3AC6" w:rsidP="00D17F09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  <w:lang w:val="pl-PL"/>
              </w:rPr>
            </w:pPr>
            <w:r w:rsidRPr="00393261">
              <w:rPr>
                <w:rFonts w:ascii="Tahoma" w:hAnsi="Tahoma" w:cs="Tahoma"/>
                <w:b/>
                <w:color w:val="000000" w:themeColor="text1"/>
                <w:sz w:val="18"/>
                <w:szCs w:val="18"/>
                <w:lang w:val="pl-PL"/>
              </w:rPr>
              <w:t>Ilość stołów</w:t>
            </w:r>
          </w:p>
        </w:tc>
        <w:tc>
          <w:tcPr>
            <w:tcW w:w="1295" w:type="dxa"/>
            <w:shd w:val="clear" w:color="auto" w:fill="BFBFBF" w:themeFill="background1" w:themeFillShade="BF"/>
            <w:vAlign w:val="center"/>
          </w:tcPr>
          <w:p w14:paraId="0CE3287B" w14:textId="13738973" w:rsidR="00AD5B2A" w:rsidRPr="00393261" w:rsidRDefault="00D17F09" w:rsidP="00D17F09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  <w:lang w:val="pl-PL"/>
              </w:rPr>
            </w:pPr>
            <w:r w:rsidRPr="00393261">
              <w:rPr>
                <w:rFonts w:ascii="Tahoma" w:hAnsi="Tahoma" w:cs="Tahoma"/>
                <w:b/>
                <w:color w:val="000000" w:themeColor="text1"/>
                <w:sz w:val="18"/>
                <w:szCs w:val="18"/>
                <w:lang w:val="pl-PL"/>
              </w:rPr>
              <w:t xml:space="preserve">Cena brutto za </w:t>
            </w:r>
            <w:r w:rsidR="00393261" w:rsidRPr="00393261">
              <w:rPr>
                <w:rFonts w:ascii="Tahoma" w:hAnsi="Tahoma" w:cs="Tahoma"/>
                <w:b/>
                <w:color w:val="000000" w:themeColor="text1"/>
                <w:sz w:val="18"/>
                <w:szCs w:val="18"/>
                <w:lang w:val="pl-PL"/>
              </w:rPr>
              <w:t>pełny zakres dostaw</w:t>
            </w:r>
          </w:p>
          <w:p w14:paraId="61AA2D8F" w14:textId="2E46950B" w:rsidR="00D17F09" w:rsidRPr="00393261" w:rsidRDefault="00D17F09" w:rsidP="00D17F09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  <w:lang w:val="pl-PL"/>
              </w:rPr>
            </w:pPr>
            <w:r w:rsidRPr="00393261">
              <w:rPr>
                <w:rFonts w:ascii="Tahoma" w:hAnsi="Tahoma" w:cs="Tahoma"/>
                <w:b/>
                <w:color w:val="000000" w:themeColor="text1"/>
                <w:sz w:val="18"/>
                <w:szCs w:val="18"/>
                <w:lang w:val="pl-PL"/>
              </w:rPr>
              <w:t>(cena jednostkowa brutto x ilość stołów)</w:t>
            </w:r>
          </w:p>
        </w:tc>
      </w:tr>
      <w:tr w:rsidR="00AD5B2A" w:rsidRPr="00AD5B2A" w14:paraId="57EA6FB4" w14:textId="3B459F78" w:rsidTr="00AD5B2A">
        <w:tc>
          <w:tcPr>
            <w:tcW w:w="540" w:type="dxa"/>
            <w:vAlign w:val="center"/>
          </w:tcPr>
          <w:p w14:paraId="304F5B5B" w14:textId="77777777" w:rsidR="00AD5B2A" w:rsidRPr="00393261" w:rsidRDefault="00AD5B2A">
            <w:pPr>
              <w:rPr>
                <w:rFonts w:ascii="Tahoma" w:hAnsi="Tahoma" w:cs="Tahoma"/>
                <w:color w:val="000000" w:themeColor="text1"/>
                <w:sz w:val="18"/>
                <w:szCs w:val="18"/>
                <w:lang w:val="pl-PL"/>
              </w:rPr>
            </w:pPr>
            <w:r w:rsidRPr="00393261">
              <w:rPr>
                <w:rFonts w:ascii="Tahoma" w:hAnsi="Tahoma" w:cs="Tahoma"/>
                <w:color w:val="000000" w:themeColor="text1"/>
                <w:sz w:val="18"/>
                <w:szCs w:val="18"/>
                <w:lang w:val="pl-PL"/>
              </w:rPr>
              <w:t>1.</w:t>
            </w:r>
          </w:p>
        </w:tc>
        <w:tc>
          <w:tcPr>
            <w:tcW w:w="2857" w:type="dxa"/>
            <w:vAlign w:val="center"/>
          </w:tcPr>
          <w:p w14:paraId="6F70732B" w14:textId="5B5CB443" w:rsidR="00AD5B2A" w:rsidRPr="00393261" w:rsidRDefault="00AD5B2A" w:rsidP="00247888">
            <w:pPr>
              <w:jc w:val="both"/>
              <w:rPr>
                <w:rFonts w:ascii="Tahoma" w:hAnsi="Tahoma" w:cs="Tahoma"/>
                <w:color w:val="000000" w:themeColor="text1"/>
                <w:sz w:val="18"/>
                <w:szCs w:val="18"/>
                <w:lang w:val="pl-PL"/>
              </w:rPr>
            </w:pPr>
            <w:r w:rsidRPr="00393261">
              <w:rPr>
                <w:rFonts w:ascii="Tahoma" w:hAnsi="Tahoma" w:cs="Tahoma"/>
                <w:color w:val="000000" w:themeColor="text1"/>
                <w:sz w:val="18"/>
                <w:szCs w:val="18"/>
                <w:lang w:val="pl-PL"/>
              </w:rPr>
              <w:t xml:space="preserve">Cena </w:t>
            </w:r>
            <w:r w:rsidR="005A046B" w:rsidRPr="00393261">
              <w:rPr>
                <w:rFonts w:ascii="Tahoma" w:hAnsi="Tahoma" w:cs="Tahoma"/>
                <w:color w:val="000000" w:themeColor="text1"/>
                <w:sz w:val="18"/>
                <w:szCs w:val="18"/>
                <w:lang w:val="pl-PL"/>
              </w:rPr>
              <w:t>jednostkowa</w:t>
            </w:r>
            <w:r w:rsidRPr="00393261">
              <w:rPr>
                <w:rFonts w:ascii="Tahoma" w:hAnsi="Tahoma" w:cs="Tahoma"/>
                <w:color w:val="000000" w:themeColor="text1"/>
                <w:sz w:val="18"/>
                <w:szCs w:val="18"/>
                <w:lang w:val="pl-PL"/>
              </w:rPr>
              <w:t xml:space="preserve"> za dostawę jednego stołu </w:t>
            </w:r>
            <w:r w:rsidR="00BB28A0" w:rsidRPr="00393261">
              <w:rPr>
                <w:rFonts w:ascii="Tahoma" w:hAnsi="Tahoma" w:cs="Tahoma"/>
                <w:color w:val="000000" w:themeColor="text1"/>
                <w:sz w:val="18"/>
                <w:szCs w:val="18"/>
                <w:lang w:val="pl-PL"/>
              </w:rPr>
              <w:t>do tenisa stołowego o grubości blatu min. 18 mm wraz z wyposażeniem</w:t>
            </w:r>
          </w:p>
        </w:tc>
        <w:tc>
          <w:tcPr>
            <w:tcW w:w="1969" w:type="dxa"/>
            <w:vAlign w:val="center"/>
          </w:tcPr>
          <w:p w14:paraId="47FF32E7" w14:textId="75F6200C" w:rsidR="00AD5B2A" w:rsidRPr="00393261" w:rsidRDefault="00AD5B2A">
            <w:pPr>
              <w:rPr>
                <w:rFonts w:ascii="Tahoma" w:hAnsi="Tahoma" w:cs="Tahoma"/>
                <w:color w:val="000000" w:themeColor="text1"/>
                <w:sz w:val="18"/>
                <w:szCs w:val="18"/>
                <w:lang w:val="pl-PL"/>
              </w:rPr>
            </w:pPr>
          </w:p>
        </w:tc>
        <w:tc>
          <w:tcPr>
            <w:tcW w:w="810" w:type="dxa"/>
            <w:vAlign w:val="center"/>
          </w:tcPr>
          <w:p w14:paraId="2450B28B" w14:textId="12C07A40" w:rsidR="00AD5B2A" w:rsidRPr="00393261" w:rsidRDefault="00AD5B2A">
            <w:pPr>
              <w:rPr>
                <w:rFonts w:ascii="Tahoma" w:hAnsi="Tahoma" w:cs="Tahoma"/>
                <w:color w:val="000000" w:themeColor="text1"/>
                <w:sz w:val="18"/>
                <w:szCs w:val="18"/>
                <w:lang w:val="pl-PL"/>
              </w:rPr>
            </w:pPr>
          </w:p>
        </w:tc>
        <w:tc>
          <w:tcPr>
            <w:tcW w:w="1424" w:type="dxa"/>
            <w:vAlign w:val="center"/>
          </w:tcPr>
          <w:p w14:paraId="46DE442E" w14:textId="4C486CFB" w:rsidR="00AD5B2A" w:rsidRPr="00393261" w:rsidRDefault="00AD5B2A">
            <w:pPr>
              <w:rPr>
                <w:rFonts w:ascii="Tahoma" w:hAnsi="Tahoma" w:cs="Tahoma"/>
                <w:color w:val="000000" w:themeColor="text1"/>
                <w:sz w:val="18"/>
                <w:szCs w:val="18"/>
                <w:lang w:val="pl-PL"/>
              </w:rPr>
            </w:pPr>
          </w:p>
        </w:tc>
        <w:tc>
          <w:tcPr>
            <w:tcW w:w="1295" w:type="dxa"/>
          </w:tcPr>
          <w:p w14:paraId="4E9B5782" w14:textId="55D64997" w:rsidR="00AD5B2A" w:rsidRPr="00393261" w:rsidRDefault="00640E0D">
            <w:pPr>
              <w:rPr>
                <w:rFonts w:ascii="Tahoma" w:hAnsi="Tahoma" w:cs="Tahoma"/>
                <w:color w:val="000000" w:themeColor="text1"/>
                <w:sz w:val="18"/>
                <w:szCs w:val="18"/>
                <w:lang w:val="pl-PL"/>
              </w:rPr>
            </w:pPr>
            <w:r w:rsidRPr="00393261">
              <w:rPr>
                <w:rFonts w:ascii="Tahoma" w:hAnsi="Tahoma" w:cs="Tahoma"/>
                <w:color w:val="000000" w:themeColor="text1"/>
                <w:sz w:val="18"/>
                <w:szCs w:val="18"/>
              </w:rPr>
              <w:t>1650</w:t>
            </w:r>
          </w:p>
        </w:tc>
        <w:tc>
          <w:tcPr>
            <w:tcW w:w="1295" w:type="dxa"/>
          </w:tcPr>
          <w:p w14:paraId="790384A6" w14:textId="77777777" w:rsidR="00AD5B2A" w:rsidRPr="00393261" w:rsidRDefault="00AD5B2A">
            <w:pPr>
              <w:rPr>
                <w:rFonts w:ascii="Tahoma" w:hAnsi="Tahoma" w:cs="Tahoma"/>
                <w:color w:val="000000" w:themeColor="text1"/>
                <w:sz w:val="18"/>
                <w:szCs w:val="18"/>
                <w:lang w:val="pl-PL"/>
              </w:rPr>
            </w:pPr>
          </w:p>
        </w:tc>
      </w:tr>
      <w:tr w:rsidR="00AD5B2A" w:rsidRPr="00BB28A0" w14:paraId="58F74225" w14:textId="7325F7FA" w:rsidTr="00AD5B2A">
        <w:tc>
          <w:tcPr>
            <w:tcW w:w="540" w:type="dxa"/>
            <w:vAlign w:val="center"/>
          </w:tcPr>
          <w:p w14:paraId="57CC21CF" w14:textId="77777777" w:rsidR="00AD5B2A" w:rsidRPr="00393261" w:rsidRDefault="00AD5B2A">
            <w:pPr>
              <w:rPr>
                <w:rFonts w:ascii="Tahoma" w:hAnsi="Tahoma" w:cs="Tahoma"/>
                <w:color w:val="000000" w:themeColor="text1"/>
                <w:sz w:val="18"/>
                <w:szCs w:val="18"/>
                <w:lang w:val="pl-PL"/>
              </w:rPr>
            </w:pPr>
            <w:r w:rsidRPr="00393261">
              <w:rPr>
                <w:rFonts w:ascii="Tahoma" w:hAnsi="Tahoma" w:cs="Tahoma"/>
                <w:color w:val="000000" w:themeColor="text1"/>
                <w:sz w:val="18"/>
                <w:szCs w:val="18"/>
                <w:lang w:val="pl-PL"/>
              </w:rPr>
              <w:t>2.</w:t>
            </w:r>
          </w:p>
        </w:tc>
        <w:tc>
          <w:tcPr>
            <w:tcW w:w="2857" w:type="dxa"/>
            <w:vAlign w:val="center"/>
          </w:tcPr>
          <w:p w14:paraId="4D39DEBC" w14:textId="574F19CB" w:rsidR="00AD5B2A" w:rsidRPr="00393261" w:rsidRDefault="00BB28A0" w:rsidP="00247888">
            <w:pPr>
              <w:jc w:val="both"/>
              <w:rPr>
                <w:rFonts w:ascii="Tahoma" w:hAnsi="Tahoma" w:cs="Tahoma"/>
                <w:color w:val="000000" w:themeColor="text1"/>
                <w:sz w:val="18"/>
                <w:szCs w:val="18"/>
                <w:lang w:val="pl-PL"/>
              </w:rPr>
            </w:pPr>
            <w:r w:rsidRPr="00393261">
              <w:rPr>
                <w:rFonts w:ascii="Tahoma" w:hAnsi="Tahoma" w:cs="Tahoma"/>
                <w:color w:val="000000" w:themeColor="text1"/>
                <w:sz w:val="18"/>
                <w:szCs w:val="18"/>
                <w:lang w:val="pl-PL"/>
              </w:rPr>
              <w:t>Cena jednostkowa za dostawę jednego stołu do tenisa stołowego o grubości blatu min. 22 mm wraz z wyposażeniem</w:t>
            </w:r>
          </w:p>
        </w:tc>
        <w:tc>
          <w:tcPr>
            <w:tcW w:w="1969" w:type="dxa"/>
            <w:vAlign w:val="center"/>
          </w:tcPr>
          <w:p w14:paraId="4022B8A6" w14:textId="45A44426" w:rsidR="00AD5B2A" w:rsidRPr="00393261" w:rsidRDefault="00AD5B2A">
            <w:pPr>
              <w:rPr>
                <w:rFonts w:ascii="Tahoma" w:hAnsi="Tahoma" w:cs="Tahoma"/>
                <w:color w:val="000000" w:themeColor="text1"/>
                <w:sz w:val="18"/>
                <w:szCs w:val="18"/>
                <w:lang w:val="pl-PL"/>
              </w:rPr>
            </w:pPr>
          </w:p>
        </w:tc>
        <w:tc>
          <w:tcPr>
            <w:tcW w:w="810" w:type="dxa"/>
            <w:vAlign w:val="center"/>
          </w:tcPr>
          <w:p w14:paraId="0F1296CB" w14:textId="184B903C" w:rsidR="00AD5B2A" w:rsidRPr="00393261" w:rsidRDefault="00AD5B2A">
            <w:pPr>
              <w:rPr>
                <w:rFonts w:ascii="Tahoma" w:hAnsi="Tahoma" w:cs="Tahoma"/>
                <w:color w:val="000000" w:themeColor="text1"/>
                <w:sz w:val="18"/>
                <w:szCs w:val="18"/>
                <w:lang w:val="pl-PL"/>
              </w:rPr>
            </w:pPr>
          </w:p>
        </w:tc>
        <w:tc>
          <w:tcPr>
            <w:tcW w:w="1424" w:type="dxa"/>
            <w:vAlign w:val="center"/>
          </w:tcPr>
          <w:p w14:paraId="572F9F18" w14:textId="17ACA494" w:rsidR="00AD5B2A" w:rsidRPr="00393261" w:rsidRDefault="00AD5B2A">
            <w:pPr>
              <w:rPr>
                <w:rFonts w:ascii="Tahoma" w:hAnsi="Tahoma" w:cs="Tahoma"/>
                <w:color w:val="000000" w:themeColor="text1"/>
                <w:sz w:val="18"/>
                <w:szCs w:val="18"/>
                <w:lang w:val="pl-PL"/>
              </w:rPr>
            </w:pPr>
          </w:p>
        </w:tc>
        <w:tc>
          <w:tcPr>
            <w:tcW w:w="1295" w:type="dxa"/>
          </w:tcPr>
          <w:p w14:paraId="35D4E625" w14:textId="5A43D463" w:rsidR="00AD5B2A" w:rsidRPr="00393261" w:rsidRDefault="00D17F09">
            <w:pPr>
              <w:rPr>
                <w:rFonts w:ascii="Tahoma" w:hAnsi="Tahoma" w:cs="Tahoma"/>
                <w:color w:val="000000" w:themeColor="text1"/>
                <w:sz w:val="18"/>
                <w:szCs w:val="18"/>
                <w:lang w:val="pl-PL"/>
              </w:rPr>
            </w:pPr>
            <w:r w:rsidRPr="00393261">
              <w:rPr>
                <w:rFonts w:ascii="Tahoma" w:hAnsi="Tahoma" w:cs="Tahoma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295" w:type="dxa"/>
          </w:tcPr>
          <w:p w14:paraId="12A724B0" w14:textId="77777777" w:rsidR="00AD5B2A" w:rsidRPr="00393261" w:rsidRDefault="00AD5B2A">
            <w:pPr>
              <w:rPr>
                <w:rFonts w:ascii="Tahoma" w:hAnsi="Tahoma" w:cs="Tahoma"/>
                <w:color w:val="000000" w:themeColor="text1"/>
                <w:sz w:val="18"/>
                <w:szCs w:val="18"/>
                <w:lang w:val="pl-PL"/>
              </w:rPr>
            </w:pPr>
          </w:p>
        </w:tc>
      </w:tr>
      <w:tr w:rsidR="00D17F09" w:rsidRPr="007046F4" w14:paraId="54B3AE68" w14:textId="77777777" w:rsidTr="00E46FDA">
        <w:tc>
          <w:tcPr>
            <w:tcW w:w="8895" w:type="dxa"/>
            <w:gridSpan w:val="6"/>
            <w:vAlign w:val="center"/>
          </w:tcPr>
          <w:p w14:paraId="3FE86597" w14:textId="4A7D7AD1" w:rsidR="00D17F09" w:rsidRPr="00393261" w:rsidRDefault="00D17F09">
            <w:pPr>
              <w:rPr>
                <w:rFonts w:ascii="Tahoma" w:hAnsi="Tahoma" w:cs="Tahoma"/>
                <w:color w:val="000000" w:themeColor="text1"/>
                <w:sz w:val="18"/>
                <w:szCs w:val="18"/>
                <w:lang w:val="pl-PL"/>
              </w:rPr>
            </w:pPr>
            <w:r w:rsidRPr="00393261">
              <w:rPr>
                <w:rFonts w:ascii="Tahoma" w:hAnsi="Tahoma" w:cs="Tahoma"/>
                <w:color w:val="000000" w:themeColor="text1"/>
                <w:sz w:val="18"/>
                <w:szCs w:val="18"/>
                <w:lang w:val="pl-PL"/>
              </w:rPr>
              <w:t>Cena ofertowa (</w:t>
            </w:r>
            <w:r w:rsidR="00393261" w:rsidRPr="00393261">
              <w:rPr>
                <w:rFonts w:ascii="Tahoma" w:hAnsi="Tahoma" w:cs="Tahoma"/>
                <w:color w:val="000000" w:themeColor="text1"/>
                <w:sz w:val="18"/>
                <w:szCs w:val="18"/>
                <w:lang w:val="pl-PL"/>
              </w:rPr>
              <w:t xml:space="preserve">suma cen brutto za pełny zakres </w:t>
            </w:r>
            <w:proofErr w:type="gramStart"/>
            <w:r w:rsidR="00393261" w:rsidRPr="00393261">
              <w:rPr>
                <w:rFonts w:ascii="Tahoma" w:hAnsi="Tahoma" w:cs="Tahoma"/>
                <w:color w:val="000000" w:themeColor="text1"/>
                <w:sz w:val="18"/>
                <w:szCs w:val="18"/>
                <w:lang w:val="pl-PL"/>
              </w:rPr>
              <w:t>dostaw)</w:t>
            </w:r>
            <w:r w:rsidR="00B00349">
              <w:rPr>
                <w:rFonts w:ascii="Tahoma" w:hAnsi="Tahoma" w:cs="Tahoma"/>
                <w:color w:val="000000" w:themeColor="text1"/>
                <w:sz w:val="18"/>
                <w:szCs w:val="18"/>
                <w:lang w:val="pl-PL"/>
              </w:rPr>
              <w:t>*</w:t>
            </w:r>
            <w:proofErr w:type="gramEnd"/>
            <w:r w:rsidR="00393261" w:rsidRPr="00393261">
              <w:rPr>
                <w:rFonts w:ascii="Tahoma" w:hAnsi="Tahoma" w:cs="Tahoma"/>
                <w:color w:val="000000" w:themeColor="text1"/>
                <w:sz w:val="18"/>
                <w:szCs w:val="18"/>
                <w:lang w:val="pl-PL"/>
              </w:rPr>
              <w:t>:</w:t>
            </w:r>
          </w:p>
        </w:tc>
        <w:tc>
          <w:tcPr>
            <w:tcW w:w="1295" w:type="dxa"/>
          </w:tcPr>
          <w:p w14:paraId="518E21CE" w14:textId="77777777" w:rsidR="00D17F09" w:rsidRPr="00393261" w:rsidRDefault="00D17F09">
            <w:pPr>
              <w:rPr>
                <w:rFonts w:ascii="Tahoma" w:hAnsi="Tahoma" w:cs="Tahoma"/>
                <w:color w:val="000000" w:themeColor="text1"/>
                <w:sz w:val="18"/>
                <w:szCs w:val="18"/>
                <w:lang w:val="pl-PL"/>
              </w:rPr>
            </w:pPr>
          </w:p>
        </w:tc>
      </w:tr>
    </w:tbl>
    <w:p w14:paraId="659FF54F" w14:textId="1B0D4F6E" w:rsidR="00B00349" w:rsidRDefault="00B00349" w:rsidP="00247888">
      <w:pPr>
        <w:jc w:val="both"/>
        <w:rPr>
          <w:rFonts w:ascii="Tahoma" w:hAnsi="Tahoma" w:cs="Tahoma"/>
          <w:i/>
          <w:color w:val="000000" w:themeColor="text1"/>
          <w:sz w:val="18"/>
          <w:lang w:val="pl-PL"/>
        </w:rPr>
      </w:pPr>
      <w:r>
        <w:rPr>
          <w:rFonts w:ascii="Tahoma" w:hAnsi="Tahoma" w:cs="Tahoma"/>
          <w:i/>
          <w:color w:val="000000" w:themeColor="text1"/>
          <w:sz w:val="18"/>
          <w:lang w:val="pl-PL"/>
        </w:rPr>
        <w:t xml:space="preserve">*Należy podać cenę </w:t>
      </w:r>
      <w:r w:rsidR="00675A18">
        <w:rPr>
          <w:rFonts w:ascii="Tahoma" w:hAnsi="Tahoma" w:cs="Tahoma"/>
          <w:i/>
          <w:color w:val="000000" w:themeColor="text1"/>
          <w:sz w:val="18"/>
          <w:lang w:val="pl-PL"/>
        </w:rPr>
        <w:t>liczbowo</w:t>
      </w:r>
      <w:r>
        <w:rPr>
          <w:rFonts w:ascii="Tahoma" w:hAnsi="Tahoma" w:cs="Tahoma"/>
          <w:i/>
          <w:color w:val="000000" w:themeColor="text1"/>
          <w:sz w:val="18"/>
          <w:lang w:val="pl-PL"/>
        </w:rPr>
        <w:t xml:space="preserve"> oraz słownie.</w:t>
      </w:r>
    </w:p>
    <w:p w14:paraId="76DEA624" w14:textId="490F28E0" w:rsidR="00B8527E" w:rsidRDefault="00935F89" w:rsidP="00247888">
      <w:pPr>
        <w:jc w:val="both"/>
        <w:rPr>
          <w:rFonts w:ascii="Tahoma" w:hAnsi="Tahoma" w:cs="Tahoma"/>
          <w:i/>
          <w:color w:val="000000" w:themeColor="text1"/>
          <w:sz w:val="18"/>
          <w:lang w:val="pl-PL"/>
        </w:rPr>
      </w:pPr>
      <w:r w:rsidRPr="00247888">
        <w:rPr>
          <w:rFonts w:ascii="Tahoma" w:hAnsi="Tahoma" w:cs="Tahoma"/>
          <w:i/>
          <w:color w:val="000000" w:themeColor="text1"/>
          <w:sz w:val="18"/>
          <w:lang w:val="pl-PL"/>
        </w:rPr>
        <w:t xml:space="preserve">Cena obejmuje wszystkie koszty należytego wykonania zamówienia, w tym personel, narzędzia, </w:t>
      </w:r>
      <w:r w:rsidR="00393261">
        <w:rPr>
          <w:rFonts w:ascii="Tahoma" w:hAnsi="Tahoma" w:cs="Tahoma"/>
          <w:i/>
          <w:color w:val="000000" w:themeColor="text1"/>
          <w:sz w:val="18"/>
          <w:lang w:val="pl-PL"/>
        </w:rPr>
        <w:t xml:space="preserve">transport, zakup lub produkcję stołów i wyposażenia. </w:t>
      </w:r>
    </w:p>
    <w:p w14:paraId="67177AC1" w14:textId="77777777" w:rsidR="00D5728B" w:rsidRPr="007F6FFE" w:rsidRDefault="00D5728B" w:rsidP="00247888">
      <w:pPr>
        <w:jc w:val="both"/>
        <w:rPr>
          <w:rFonts w:ascii="Tahoma" w:hAnsi="Tahoma" w:cs="Tahoma"/>
          <w:i/>
          <w:color w:val="000000" w:themeColor="text1"/>
          <w:szCs w:val="24"/>
          <w:lang w:val="pl-PL"/>
        </w:rPr>
      </w:pPr>
    </w:p>
    <w:p w14:paraId="480B752A" w14:textId="00350367" w:rsidR="007F6FFE" w:rsidRPr="007F6FFE" w:rsidRDefault="007F6FFE" w:rsidP="007F6FFE">
      <w:pPr>
        <w:pStyle w:val="Nagwek1"/>
        <w:rPr>
          <w:rFonts w:ascii="Tahoma" w:eastAsiaTheme="minorEastAsia" w:hAnsi="Tahoma" w:cs="Tahoma"/>
          <w:b w:val="0"/>
          <w:bCs w:val="0"/>
          <w:iCs/>
          <w:color w:val="000000" w:themeColor="text1"/>
          <w:sz w:val="20"/>
          <w:szCs w:val="24"/>
          <w:lang w:val="pl-PL"/>
        </w:rPr>
      </w:pPr>
      <w:r w:rsidRPr="007F6FFE">
        <w:rPr>
          <w:rFonts w:ascii="Tahoma" w:eastAsiaTheme="minorEastAsia" w:hAnsi="Tahoma" w:cs="Tahoma"/>
          <w:b w:val="0"/>
          <w:bCs w:val="0"/>
          <w:iCs/>
          <w:color w:val="000000" w:themeColor="text1"/>
          <w:sz w:val="20"/>
          <w:szCs w:val="24"/>
          <w:lang w:val="pl-PL"/>
        </w:rPr>
        <w:t>Oświadczam/oświadczamy, że wybór mojej/naszej oferty: nie prowadzi/prowadzi</w:t>
      </w:r>
      <w:r>
        <w:rPr>
          <w:rFonts w:ascii="Tahoma" w:eastAsiaTheme="minorEastAsia" w:hAnsi="Tahoma" w:cs="Tahoma"/>
          <w:b w:val="0"/>
          <w:bCs w:val="0"/>
          <w:iCs/>
          <w:color w:val="000000" w:themeColor="text1"/>
          <w:sz w:val="20"/>
          <w:szCs w:val="24"/>
          <w:lang w:val="pl-PL"/>
        </w:rPr>
        <w:t xml:space="preserve"> </w:t>
      </w:r>
      <w:r w:rsidRPr="007F6FFE">
        <w:rPr>
          <w:rFonts w:ascii="Tahoma" w:eastAsiaTheme="minorEastAsia" w:hAnsi="Tahoma" w:cs="Tahoma"/>
          <w:b w:val="0"/>
          <w:bCs w:val="0"/>
          <w:iCs/>
          <w:color w:val="000000" w:themeColor="text1"/>
          <w:sz w:val="20"/>
          <w:szCs w:val="24"/>
          <w:lang w:val="pl-PL"/>
        </w:rPr>
        <w:t>[niepotrzebne skreślić] do powstania u Zamawiającego obowiązku podatkowego:</w:t>
      </w:r>
    </w:p>
    <w:p w14:paraId="7A9A97A2" w14:textId="2F4FA6FF" w:rsidR="007F6FFE" w:rsidRPr="007F6FFE" w:rsidRDefault="007F6FFE" w:rsidP="007F6FFE">
      <w:pPr>
        <w:pStyle w:val="Nagwek1"/>
        <w:rPr>
          <w:rFonts w:ascii="Tahoma" w:eastAsiaTheme="minorEastAsia" w:hAnsi="Tahoma" w:cs="Tahoma"/>
          <w:b w:val="0"/>
          <w:bCs w:val="0"/>
          <w:iCs/>
          <w:color w:val="000000" w:themeColor="text1"/>
          <w:sz w:val="20"/>
          <w:szCs w:val="24"/>
          <w:lang w:val="pl-PL"/>
        </w:rPr>
      </w:pPr>
      <w:r w:rsidRPr="007F6FFE">
        <w:rPr>
          <w:rFonts w:ascii="Tahoma" w:eastAsiaTheme="minorEastAsia" w:hAnsi="Tahoma" w:cs="Tahoma"/>
          <w:b w:val="0"/>
          <w:bCs w:val="0"/>
          <w:iCs/>
          <w:color w:val="000000" w:themeColor="text1"/>
          <w:sz w:val="20"/>
          <w:szCs w:val="24"/>
          <w:lang w:val="pl-PL"/>
        </w:rPr>
        <w:t>Nazwa (rodzaj) towaru lub usługi, których dostawa lub świadczenie będzie prowadzić do jego powstania: ..........................................................................……………………………</w:t>
      </w:r>
      <w:proofErr w:type="gramStart"/>
      <w:r w:rsidRPr="007F6FFE">
        <w:rPr>
          <w:rFonts w:ascii="Tahoma" w:eastAsiaTheme="minorEastAsia" w:hAnsi="Tahoma" w:cs="Tahoma"/>
          <w:b w:val="0"/>
          <w:bCs w:val="0"/>
          <w:iCs/>
          <w:color w:val="000000" w:themeColor="text1"/>
          <w:sz w:val="20"/>
          <w:szCs w:val="24"/>
          <w:lang w:val="pl-PL"/>
        </w:rPr>
        <w:t>…….</w:t>
      </w:r>
      <w:proofErr w:type="gramEnd"/>
      <w:r w:rsidRPr="007F6FFE">
        <w:rPr>
          <w:rFonts w:ascii="Tahoma" w:eastAsiaTheme="minorEastAsia" w:hAnsi="Tahoma" w:cs="Tahoma"/>
          <w:b w:val="0"/>
          <w:bCs w:val="0"/>
          <w:iCs/>
          <w:color w:val="000000" w:themeColor="text1"/>
          <w:sz w:val="20"/>
          <w:szCs w:val="24"/>
          <w:lang w:val="pl-PL"/>
        </w:rPr>
        <w:t>.…………………………</w:t>
      </w:r>
      <w:r>
        <w:rPr>
          <w:rFonts w:ascii="Tahoma" w:eastAsiaTheme="minorEastAsia" w:hAnsi="Tahoma" w:cs="Tahoma"/>
          <w:b w:val="0"/>
          <w:bCs w:val="0"/>
          <w:iCs/>
          <w:color w:val="000000" w:themeColor="text1"/>
          <w:sz w:val="20"/>
          <w:szCs w:val="24"/>
          <w:lang w:val="pl-PL"/>
        </w:rPr>
        <w:t>.</w:t>
      </w:r>
    </w:p>
    <w:p w14:paraId="17B817B7" w14:textId="77777777" w:rsidR="007F6FFE" w:rsidRPr="007F6FFE" w:rsidRDefault="007F6FFE" w:rsidP="007F6FFE">
      <w:pPr>
        <w:pStyle w:val="Nagwek1"/>
        <w:rPr>
          <w:rFonts w:ascii="Tahoma" w:eastAsiaTheme="minorEastAsia" w:hAnsi="Tahoma" w:cs="Tahoma"/>
          <w:b w:val="0"/>
          <w:bCs w:val="0"/>
          <w:iCs/>
          <w:color w:val="000000" w:themeColor="text1"/>
          <w:sz w:val="20"/>
          <w:szCs w:val="24"/>
          <w:lang w:val="pl-PL"/>
        </w:rPr>
      </w:pPr>
      <w:r w:rsidRPr="007F6FFE">
        <w:rPr>
          <w:rFonts w:ascii="Tahoma" w:eastAsiaTheme="minorEastAsia" w:hAnsi="Tahoma" w:cs="Tahoma"/>
          <w:b w:val="0"/>
          <w:bCs w:val="0"/>
          <w:iCs/>
          <w:color w:val="000000" w:themeColor="text1"/>
          <w:sz w:val="20"/>
          <w:szCs w:val="24"/>
          <w:lang w:val="pl-PL"/>
        </w:rPr>
        <w:t>Wartość towaru lub usługi bez kwoty podatku: ……………………………………………………………………</w:t>
      </w:r>
    </w:p>
    <w:p w14:paraId="76FBAF52" w14:textId="67DE130F" w:rsidR="007F6FFE" w:rsidRPr="007F6FFE" w:rsidRDefault="007F6FFE" w:rsidP="007F6FFE">
      <w:pPr>
        <w:pStyle w:val="Nagwek1"/>
        <w:rPr>
          <w:rFonts w:ascii="Tahoma" w:eastAsiaTheme="minorEastAsia" w:hAnsi="Tahoma" w:cs="Tahoma"/>
          <w:b w:val="0"/>
          <w:bCs w:val="0"/>
          <w:iCs/>
          <w:color w:val="000000" w:themeColor="text1"/>
          <w:sz w:val="20"/>
          <w:szCs w:val="24"/>
          <w:lang w:val="pl-PL"/>
        </w:rPr>
      </w:pPr>
      <w:r w:rsidRPr="007F6FFE">
        <w:rPr>
          <w:rFonts w:ascii="Tahoma" w:eastAsiaTheme="minorEastAsia" w:hAnsi="Tahoma" w:cs="Tahoma"/>
          <w:b w:val="0"/>
          <w:bCs w:val="0"/>
          <w:iCs/>
          <w:color w:val="000000" w:themeColor="text1"/>
          <w:sz w:val="20"/>
          <w:szCs w:val="24"/>
          <w:lang w:val="pl-PL"/>
        </w:rPr>
        <w:t>Stawka podatku od towarów i usług, która zgodnie z wiedzą wykonawcy, będzie miała zastosowanie……………………………………………………………………………………………………………………</w:t>
      </w:r>
    </w:p>
    <w:p w14:paraId="600096C3" w14:textId="02D13046" w:rsidR="007F6FFE" w:rsidRDefault="00935F89" w:rsidP="007F6FFE">
      <w:pPr>
        <w:pStyle w:val="Nagwek1"/>
        <w:rPr>
          <w:rFonts w:ascii="Tahoma" w:hAnsi="Tahoma" w:cs="Tahoma"/>
          <w:color w:val="000000" w:themeColor="text1"/>
          <w:lang w:val="pl-PL"/>
        </w:rPr>
      </w:pPr>
      <w:r w:rsidRPr="00247888">
        <w:rPr>
          <w:rFonts w:ascii="Tahoma" w:hAnsi="Tahoma" w:cs="Tahoma"/>
          <w:color w:val="000000" w:themeColor="text1"/>
          <w:lang w:val="pl-PL"/>
        </w:rPr>
        <w:t xml:space="preserve">3. </w:t>
      </w:r>
      <w:r w:rsidR="007F6FFE">
        <w:rPr>
          <w:rFonts w:ascii="Tahoma" w:hAnsi="Tahoma" w:cs="Tahoma"/>
          <w:color w:val="000000" w:themeColor="text1"/>
          <w:lang w:val="pl-PL"/>
        </w:rPr>
        <w:t xml:space="preserve">Oferowany sprzęt </w:t>
      </w:r>
    </w:p>
    <w:p w14:paraId="7CA92729" w14:textId="066F47F3" w:rsidR="007F6FFE" w:rsidRPr="007F6FFE" w:rsidRDefault="007F6FFE" w:rsidP="007F6FFE">
      <w:pPr>
        <w:rPr>
          <w:lang w:val="pl-PL"/>
        </w:rPr>
      </w:pPr>
      <w:r>
        <w:rPr>
          <w:lang w:val="pl-PL"/>
        </w:rPr>
        <w:t>Oświadczam, że oferuję dostawę następujących modeli stołów do tenisa stołowego</w:t>
      </w:r>
      <w:r w:rsidR="005834BF">
        <w:rPr>
          <w:lang w:val="pl-PL"/>
        </w:rPr>
        <w:t xml:space="preserve"> oraz rakietek</w:t>
      </w:r>
      <w:r>
        <w:rPr>
          <w:lang w:val="pl-PL"/>
        </w:rPr>
        <w:t>:</w:t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540"/>
        <w:gridCol w:w="2857"/>
        <w:gridCol w:w="2857"/>
      </w:tblGrid>
      <w:tr w:rsidR="007F6FFE" w:rsidRPr="007046F4" w14:paraId="23F022F8" w14:textId="5B5B5A95" w:rsidTr="009D59EE">
        <w:trPr>
          <w:tblHeader/>
        </w:trPr>
        <w:tc>
          <w:tcPr>
            <w:tcW w:w="540" w:type="dxa"/>
            <w:shd w:val="clear" w:color="auto" w:fill="BFBFBF" w:themeFill="background1" w:themeFillShade="BF"/>
            <w:vAlign w:val="center"/>
          </w:tcPr>
          <w:p w14:paraId="271F4E7C" w14:textId="77777777" w:rsidR="007F6FFE" w:rsidRPr="00393261" w:rsidRDefault="007F6FFE" w:rsidP="00AA256F">
            <w:pPr>
              <w:rPr>
                <w:rFonts w:ascii="Tahoma" w:hAnsi="Tahoma" w:cs="Tahoma"/>
                <w:color w:val="000000" w:themeColor="text1"/>
                <w:sz w:val="18"/>
                <w:szCs w:val="18"/>
                <w:lang w:val="pl-PL"/>
              </w:rPr>
            </w:pPr>
            <w:r w:rsidRPr="00393261">
              <w:rPr>
                <w:rFonts w:ascii="Tahoma" w:hAnsi="Tahoma" w:cs="Tahoma"/>
                <w:b/>
                <w:color w:val="000000" w:themeColor="text1"/>
                <w:sz w:val="18"/>
                <w:szCs w:val="18"/>
                <w:lang w:val="pl-PL"/>
              </w:rPr>
              <w:t>Lp.</w:t>
            </w:r>
          </w:p>
        </w:tc>
        <w:tc>
          <w:tcPr>
            <w:tcW w:w="2857" w:type="dxa"/>
            <w:shd w:val="clear" w:color="auto" w:fill="BFBFBF" w:themeFill="background1" w:themeFillShade="BF"/>
            <w:vAlign w:val="center"/>
          </w:tcPr>
          <w:p w14:paraId="7712B67F" w14:textId="77777777" w:rsidR="007F6FFE" w:rsidRPr="00393261" w:rsidRDefault="007F6FFE" w:rsidP="00AA256F">
            <w:pPr>
              <w:rPr>
                <w:rFonts w:ascii="Tahoma" w:hAnsi="Tahoma" w:cs="Tahoma"/>
                <w:color w:val="000000" w:themeColor="text1"/>
                <w:sz w:val="18"/>
                <w:szCs w:val="18"/>
                <w:lang w:val="pl-PL"/>
              </w:rPr>
            </w:pPr>
            <w:r w:rsidRPr="00393261">
              <w:rPr>
                <w:rFonts w:ascii="Tahoma" w:hAnsi="Tahoma" w:cs="Tahoma"/>
                <w:b/>
                <w:color w:val="000000" w:themeColor="text1"/>
                <w:sz w:val="18"/>
                <w:szCs w:val="18"/>
                <w:lang w:val="pl-PL"/>
              </w:rPr>
              <w:t>Pozycja</w:t>
            </w:r>
          </w:p>
        </w:tc>
        <w:tc>
          <w:tcPr>
            <w:tcW w:w="2857" w:type="dxa"/>
            <w:shd w:val="clear" w:color="auto" w:fill="BFBFBF" w:themeFill="background1" w:themeFillShade="BF"/>
          </w:tcPr>
          <w:p w14:paraId="5AAEFADE" w14:textId="6067CCB2" w:rsidR="007F6FFE" w:rsidRPr="00393261" w:rsidRDefault="007F6FFE" w:rsidP="00AA256F">
            <w:pPr>
              <w:rPr>
                <w:rFonts w:ascii="Tahoma" w:hAnsi="Tahoma" w:cs="Tahoma"/>
                <w:b/>
                <w:color w:val="000000" w:themeColor="text1"/>
                <w:sz w:val="18"/>
                <w:szCs w:val="18"/>
                <w:lang w:val="pl-PL"/>
              </w:rPr>
            </w:pPr>
            <w:r>
              <w:rPr>
                <w:rFonts w:ascii="Tahoma" w:hAnsi="Tahoma" w:cs="Tahoma"/>
                <w:b/>
                <w:color w:val="000000" w:themeColor="text1"/>
                <w:sz w:val="18"/>
                <w:szCs w:val="18"/>
                <w:lang w:val="pl-PL"/>
              </w:rPr>
              <w:t>Oferowane przez Wykonawcę stoły do tenisa stołowego</w:t>
            </w:r>
            <w:r w:rsidR="00074259">
              <w:rPr>
                <w:rFonts w:ascii="Tahoma" w:hAnsi="Tahoma" w:cs="Tahoma"/>
                <w:b/>
                <w:color w:val="000000" w:themeColor="text1"/>
                <w:sz w:val="18"/>
                <w:szCs w:val="18"/>
                <w:lang w:val="pl-PL"/>
              </w:rPr>
              <w:t xml:space="preserve"> i wyposażenie</w:t>
            </w:r>
          </w:p>
        </w:tc>
      </w:tr>
      <w:tr w:rsidR="007F6FFE" w:rsidRPr="007046F4" w14:paraId="1DA9ADF5" w14:textId="13FDD43D" w:rsidTr="009D59EE">
        <w:tc>
          <w:tcPr>
            <w:tcW w:w="540" w:type="dxa"/>
            <w:vAlign w:val="center"/>
          </w:tcPr>
          <w:p w14:paraId="4E7A4F3F" w14:textId="77777777" w:rsidR="007F6FFE" w:rsidRPr="00393261" w:rsidRDefault="007F6FFE" w:rsidP="00AA256F">
            <w:pPr>
              <w:rPr>
                <w:rFonts w:ascii="Tahoma" w:hAnsi="Tahoma" w:cs="Tahoma"/>
                <w:color w:val="000000" w:themeColor="text1"/>
                <w:sz w:val="18"/>
                <w:szCs w:val="18"/>
                <w:lang w:val="pl-PL"/>
              </w:rPr>
            </w:pPr>
            <w:r w:rsidRPr="00393261">
              <w:rPr>
                <w:rFonts w:ascii="Tahoma" w:hAnsi="Tahoma" w:cs="Tahoma"/>
                <w:color w:val="000000" w:themeColor="text1"/>
                <w:sz w:val="18"/>
                <w:szCs w:val="18"/>
                <w:lang w:val="pl-PL"/>
              </w:rPr>
              <w:t>1.</w:t>
            </w:r>
          </w:p>
        </w:tc>
        <w:tc>
          <w:tcPr>
            <w:tcW w:w="2857" w:type="dxa"/>
            <w:vAlign w:val="center"/>
          </w:tcPr>
          <w:p w14:paraId="453F04D8" w14:textId="0D7815BE" w:rsidR="007F6FFE" w:rsidRPr="00393261" w:rsidRDefault="005834BF" w:rsidP="00AA256F">
            <w:pPr>
              <w:jc w:val="both"/>
              <w:rPr>
                <w:rFonts w:ascii="Tahoma" w:hAnsi="Tahoma" w:cs="Tahoma"/>
                <w:color w:val="000000" w:themeColor="text1"/>
                <w:sz w:val="18"/>
                <w:szCs w:val="18"/>
                <w:lang w:val="pl-PL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  <w:lang w:val="pl-PL"/>
              </w:rPr>
              <w:t>Model</w:t>
            </w:r>
            <w:r w:rsidR="007F6FFE" w:rsidRPr="00393261">
              <w:rPr>
                <w:rFonts w:ascii="Tahoma" w:hAnsi="Tahoma" w:cs="Tahoma"/>
                <w:color w:val="000000" w:themeColor="text1"/>
                <w:sz w:val="18"/>
                <w:szCs w:val="18"/>
                <w:lang w:val="pl-PL"/>
              </w:rPr>
              <w:t xml:space="preserve"> stołu do tenisa stołowego o grubości blatu min. 18 mm </w:t>
            </w:r>
          </w:p>
        </w:tc>
        <w:tc>
          <w:tcPr>
            <w:tcW w:w="2857" w:type="dxa"/>
          </w:tcPr>
          <w:p w14:paraId="0BC3F5A4" w14:textId="77777777" w:rsidR="007F6FFE" w:rsidRPr="00393261" w:rsidRDefault="007F6FFE" w:rsidP="00AA256F">
            <w:pPr>
              <w:jc w:val="both"/>
              <w:rPr>
                <w:rFonts w:ascii="Tahoma" w:hAnsi="Tahoma" w:cs="Tahoma"/>
                <w:color w:val="000000" w:themeColor="text1"/>
                <w:sz w:val="18"/>
                <w:szCs w:val="18"/>
                <w:lang w:val="pl-PL"/>
              </w:rPr>
            </w:pPr>
          </w:p>
        </w:tc>
      </w:tr>
      <w:tr w:rsidR="007F6FFE" w:rsidRPr="007046F4" w14:paraId="7AC7359A" w14:textId="38619425" w:rsidTr="009D59EE">
        <w:tc>
          <w:tcPr>
            <w:tcW w:w="540" w:type="dxa"/>
            <w:vAlign w:val="center"/>
          </w:tcPr>
          <w:p w14:paraId="11836187" w14:textId="77777777" w:rsidR="007F6FFE" w:rsidRPr="00393261" w:rsidRDefault="007F6FFE" w:rsidP="00AA256F">
            <w:pPr>
              <w:rPr>
                <w:rFonts w:ascii="Tahoma" w:hAnsi="Tahoma" w:cs="Tahoma"/>
                <w:color w:val="000000" w:themeColor="text1"/>
                <w:sz w:val="18"/>
                <w:szCs w:val="18"/>
                <w:lang w:val="pl-PL"/>
              </w:rPr>
            </w:pPr>
            <w:r w:rsidRPr="00393261">
              <w:rPr>
                <w:rFonts w:ascii="Tahoma" w:hAnsi="Tahoma" w:cs="Tahoma"/>
                <w:color w:val="000000" w:themeColor="text1"/>
                <w:sz w:val="18"/>
                <w:szCs w:val="18"/>
                <w:lang w:val="pl-PL"/>
              </w:rPr>
              <w:t>2.</w:t>
            </w:r>
          </w:p>
        </w:tc>
        <w:tc>
          <w:tcPr>
            <w:tcW w:w="2857" w:type="dxa"/>
            <w:vAlign w:val="center"/>
          </w:tcPr>
          <w:p w14:paraId="7841437E" w14:textId="7C284D3D" w:rsidR="007F6FFE" w:rsidRPr="00393261" w:rsidRDefault="005834BF" w:rsidP="00AA256F">
            <w:pPr>
              <w:jc w:val="both"/>
              <w:rPr>
                <w:rFonts w:ascii="Tahoma" w:hAnsi="Tahoma" w:cs="Tahoma"/>
                <w:color w:val="000000" w:themeColor="text1"/>
                <w:sz w:val="18"/>
                <w:szCs w:val="18"/>
                <w:lang w:val="pl-PL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  <w:lang w:val="pl-PL"/>
              </w:rPr>
              <w:t>Model</w:t>
            </w:r>
            <w:r w:rsidR="007F6FFE" w:rsidRPr="00393261">
              <w:rPr>
                <w:rFonts w:ascii="Tahoma" w:hAnsi="Tahoma" w:cs="Tahoma"/>
                <w:color w:val="000000" w:themeColor="text1"/>
                <w:sz w:val="18"/>
                <w:szCs w:val="18"/>
                <w:lang w:val="pl-PL"/>
              </w:rPr>
              <w:t xml:space="preserve"> stołu do tenisa stołowego o grubości blatu min. 22 mm wraz z wyposażeniem</w:t>
            </w:r>
          </w:p>
        </w:tc>
        <w:tc>
          <w:tcPr>
            <w:tcW w:w="2857" w:type="dxa"/>
          </w:tcPr>
          <w:p w14:paraId="127D20D1" w14:textId="77777777" w:rsidR="007F6FFE" w:rsidRPr="00393261" w:rsidRDefault="007F6FFE" w:rsidP="00AA256F">
            <w:pPr>
              <w:jc w:val="both"/>
              <w:rPr>
                <w:rFonts w:ascii="Tahoma" w:hAnsi="Tahoma" w:cs="Tahoma"/>
                <w:color w:val="000000" w:themeColor="text1"/>
                <w:sz w:val="18"/>
                <w:szCs w:val="18"/>
                <w:lang w:val="pl-PL"/>
              </w:rPr>
            </w:pPr>
          </w:p>
        </w:tc>
      </w:tr>
      <w:tr w:rsidR="005834BF" w:rsidRPr="00393261" w14:paraId="7B7C524D" w14:textId="77777777" w:rsidTr="009D59EE">
        <w:tc>
          <w:tcPr>
            <w:tcW w:w="540" w:type="dxa"/>
            <w:vAlign w:val="center"/>
          </w:tcPr>
          <w:p w14:paraId="4B141924" w14:textId="2E7E56B8" w:rsidR="005834BF" w:rsidRPr="00393261" w:rsidRDefault="005834BF" w:rsidP="00AA256F">
            <w:pPr>
              <w:rPr>
                <w:rFonts w:ascii="Tahoma" w:hAnsi="Tahoma" w:cs="Tahoma"/>
                <w:color w:val="000000" w:themeColor="text1"/>
                <w:sz w:val="18"/>
                <w:szCs w:val="18"/>
                <w:lang w:val="pl-PL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  <w:lang w:val="pl-PL"/>
              </w:rPr>
              <w:t xml:space="preserve">3. </w:t>
            </w:r>
          </w:p>
        </w:tc>
        <w:tc>
          <w:tcPr>
            <w:tcW w:w="2857" w:type="dxa"/>
            <w:vAlign w:val="center"/>
          </w:tcPr>
          <w:p w14:paraId="5D15508B" w14:textId="55E122A4" w:rsidR="005834BF" w:rsidRDefault="005834BF" w:rsidP="00AA256F">
            <w:pPr>
              <w:jc w:val="both"/>
              <w:rPr>
                <w:rFonts w:ascii="Tahoma" w:hAnsi="Tahoma" w:cs="Tahoma"/>
                <w:color w:val="000000" w:themeColor="text1"/>
                <w:sz w:val="18"/>
                <w:szCs w:val="18"/>
                <w:lang w:val="pl-PL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  <w:lang w:val="pl-PL"/>
              </w:rPr>
              <w:t>Model rakietek</w:t>
            </w:r>
          </w:p>
        </w:tc>
        <w:tc>
          <w:tcPr>
            <w:tcW w:w="2857" w:type="dxa"/>
          </w:tcPr>
          <w:p w14:paraId="15BFD5DE" w14:textId="77777777" w:rsidR="005834BF" w:rsidRPr="00393261" w:rsidRDefault="005834BF" w:rsidP="00AA256F">
            <w:pPr>
              <w:jc w:val="both"/>
              <w:rPr>
                <w:rFonts w:ascii="Tahoma" w:hAnsi="Tahoma" w:cs="Tahoma"/>
                <w:color w:val="000000" w:themeColor="text1"/>
                <w:sz w:val="18"/>
                <w:szCs w:val="18"/>
                <w:lang w:val="pl-PL"/>
              </w:rPr>
            </w:pPr>
          </w:p>
        </w:tc>
      </w:tr>
    </w:tbl>
    <w:p w14:paraId="58301FA0" w14:textId="77777777" w:rsidR="007F6FFE" w:rsidRPr="007F6FFE" w:rsidRDefault="007F6FFE" w:rsidP="007F6FFE">
      <w:pPr>
        <w:rPr>
          <w:lang w:val="pl-PL"/>
        </w:rPr>
      </w:pPr>
    </w:p>
    <w:p w14:paraId="5698A784" w14:textId="0D96D902" w:rsidR="00B8527E" w:rsidRPr="00247888" w:rsidRDefault="007F6FFE" w:rsidP="007F6FFE">
      <w:pPr>
        <w:pStyle w:val="Nagwek1"/>
        <w:rPr>
          <w:rFonts w:ascii="Tahoma" w:hAnsi="Tahoma" w:cs="Tahoma"/>
          <w:color w:val="000000" w:themeColor="text1"/>
          <w:lang w:val="pl-PL"/>
        </w:rPr>
      </w:pPr>
      <w:r>
        <w:rPr>
          <w:rFonts w:ascii="Tahoma" w:hAnsi="Tahoma" w:cs="Tahoma"/>
          <w:color w:val="000000" w:themeColor="text1"/>
          <w:lang w:val="pl-PL"/>
        </w:rPr>
        <w:t xml:space="preserve">4. </w:t>
      </w:r>
      <w:r w:rsidR="008B4AA1">
        <w:rPr>
          <w:rFonts w:ascii="Tahoma" w:hAnsi="Tahoma" w:cs="Tahoma"/>
          <w:color w:val="000000" w:themeColor="text1"/>
          <w:lang w:val="pl-PL"/>
        </w:rPr>
        <w:t>Zawartość oferty</w:t>
      </w:r>
    </w:p>
    <w:p w14:paraId="44ADC056" w14:textId="2F9D6476" w:rsidR="00B8527E" w:rsidRPr="00247888" w:rsidRDefault="00935F89" w:rsidP="00715026">
      <w:pPr>
        <w:rPr>
          <w:rFonts w:ascii="Tahoma" w:hAnsi="Tahoma" w:cs="Tahoma"/>
          <w:color w:val="000000" w:themeColor="text1"/>
          <w:lang w:val="pl-PL"/>
        </w:rPr>
      </w:pPr>
      <w:r w:rsidRPr="00247888">
        <w:rPr>
          <w:rFonts w:ascii="Tahoma" w:hAnsi="Tahoma" w:cs="Tahoma"/>
          <w:color w:val="000000" w:themeColor="text1"/>
          <w:lang w:val="pl-PL"/>
        </w:rPr>
        <w:t>Do oferty załączam</w:t>
      </w:r>
      <w:r w:rsidR="00B815D2">
        <w:rPr>
          <w:rFonts w:ascii="Tahoma" w:hAnsi="Tahoma" w:cs="Tahoma"/>
          <w:color w:val="000000" w:themeColor="text1"/>
          <w:lang w:val="pl-PL"/>
        </w:rPr>
        <w:t>:</w:t>
      </w:r>
      <w:r w:rsidRPr="00247888">
        <w:rPr>
          <w:rFonts w:ascii="Tahoma" w:hAnsi="Tahoma" w:cs="Tahoma"/>
          <w:color w:val="000000" w:themeColor="text1"/>
          <w:lang w:val="pl-PL"/>
        </w:rPr>
        <w:t xml:space="preserve"> </w:t>
      </w:r>
      <w:r w:rsidR="00695A9D" w:rsidRPr="00247888">
        <w:rPr>
          <w:rFonts w:ascii="Tahoma" w:hAnsi="Tahoma" w:cs="Tahoma"/>
          <w:color w:val="000000" w:themeColor="text1"/>
          <w:sz w:val="18"/>
          <w:lang w:val="pl-PL"/>
        </w:rPr>
        <w:t>[</w:t>
      </w:r>
      <w:r w:rsidR="00695A9D" w:rsidRPr="00715026">
        <w:rPr>
          <w:rFonts w:ascii="Tahoma" w:hAnsi="Tahoma" w:cs="Tahoma"/>
          <w:color w:val="000000" w:themeColor="text1"/>
          <w:sz w:val="18"/>
          <w:highlight w:val="yellow"/>
          <w:lang w:val="pl-PL"/>
        </w:rPr>
        <w:t>uzupełnić</w:t>
      </w:r>
      <w:r w:rsidR="00695A9D" w:rsidRPr="00247888">
        <w:rPr>
          <w:rFonts w:ascii="Tahoma" w:hAnsi="Tahoma" w:cs="Tahoma"/>
          <w:color w:val="000000" w:themeColor="text1"/>
          <w:sz w:val="18"/>
          <w:lang w:val="pl-PL"/>
        </w:rPr>
        <w:t>]</w:t>
      </w:r>
    </w:p>
    <w:p w14:paraId="58B88865" w14:textId="7979ADB3" w:rsidR="00B8527E" w:rsidRPr="00247888" w:rsidRDefault="00B815D2">
      <w:pPr>
        <w:pStyle w:val="Nagwek1"/>
        <w:rPr>
          <w:rFonts w:ascii="Tahoma" w:hAnsi="Tahoma" w:cs="Tahoma"/>
          <w:color w:val="000000" w:themeColor="text1"/>
          <w:lang w:val="pl-PL"/>
        </w:rPr>
      </w:pPr>
      <w:r>
        <w:rPr>
          <w:rFonts w:ascii="Tahoma" w:hAnsi="Tahoma" w:cs="Tahoma"/>
          <w:color w:val="000000" w:themeColor="text1"/>
          <w:lang w:val="pl-PL"/>
        </w:rPr>
        <w:t>5</w:t>
      </w:r>
      <w:r w:rsidR="00935F89" w:rsidRPr="00247888">
        <w:rPr>
          <w:rFonts w:ascii="Tahoma" w:hAnsi="Tahoma" w:cs="Tahoma"/>
          <w:color w:val="000000" w:themeColor="text1"/>
          <w:lang w:val="pl-PL"/>
        </w:rPr>
        <w:t>. Oświadczenia wykonawcy</w:t>
      </w:r>
    </w:p>
    <w:p w14:paraId="3A556CC6" w14:textId="441BCAF9" w:rsidR="00B8527E" w:rsidRPr="00247888" w:rsidRDefault="00935F89" w:rsidP="00247888">
      <w:pPr>
        <w:pStyle w:val="Akapitzlist"/>
        <w:numPr>
          <w:ilvl w:val="0"/>
          <w:numId w:val="11"/>
        </w:numPr>
        <w:spacing w:after="40"/>
        <w:jc w:val="both"/>
        <w:rPr>
          <w:rFonts w:ascii="Tahoma" w:hAnsi="Tahoma" w:cs="Tahoma"/>
          <w:color w:val="000000" w:themeColor="text1"/>
          <w:lang w:val="pl-PL"/>
        </w:rPr>
      </w:pPr>
      <w:r w:rsidRPr="00247888">
        <w:rPr>
          <w:rFonts w:ascii="Tahoma" w:hAnsi="Tahoma" w:cs="Tahoma"/>
          <w:color w:val="000000" w:themeColor="text1"/>
          <w:lang w:val="pl-PL"/>
        </w:rPr>
        <w:t>Zapoznałem/</w:t>
      </w:r>
      <w:proofErr w:type="spellStart"/>
      <w:r w:rsidRPr="00247888">
        <w:rPr>
          <w:rFonts w:ascii="Tahoma" w:hAnsi="Tahoma" w:cs="Tahoma"/>
          <w:color w:val="000000" w:themeColor="text1"/>
          <w:lang w:val="pl-PL"/>
        </w:rPr>
        <w:t>am</w:t>
      </w:r>
      <w:proofErr w:type="spellEnd"/>
      <w:r w:rsidRPr="00247888">
        <w:rPr>
          <w:rFonts w:ascii="Tahoma" w:hAnsi="Tahoma" w:cs="Tahoma"/>
          <w:color w:val="000000" w:themeColor="text1"/>
          <w:lang w:val="pl-PL"/>
        </w:rPr>
        <w:t xml:space="preserve"> się z </w:t>
      </w:r>
      <w:r w:rsidR="00FB4DDD">
        <w:rPr>
          <w:rFonts w:ascii="Tahoma" w:hAnsi="Tahoma" w:cs="Tahoma"/>
          <w:color w:val="000000" w:themeColor="text1"/>
          <w:lang w:val="pl-PL"/>
        </w:rPr>
        <w:t>O</w:t>
      </w:r>
      <w:r w:rsidRPr="00247888">
        <w:rPr>
          <w:rFonts w:ascii="Tahoma" w:hAnsi="Tahoma" w:cs="Tahoma"/>
          <w:color w:val="000000" w:themeColor="text1"/>
          <w:lang w:val="pl-PL"/>
        </w:rPr>
        <w:t>głoszeniem</w:t>
      </w:r>
      <w:r w:rsidR="00A9786A">
        <w:rPr>
          <w:rFonts w:ascii="Tahoma" w:hAnsi="Tahoma" w:cs="Tahoma"/>
          <w:color w:val="000000" w:themeColor="text1"/>
          <w:lang w:val="pl-PL"/>
        </w:rPr>
        <w:t xml:space="preserve">, </w:t>
      </w:r>
      <w:r w:rsidRPr="00247888">
        <w:rPr>
          <w:rFonts w:ascii="Tahoma" w:hAnsi="Tahoma" w:cs="Tahoma"/>
          <w:color w:val="000000" w:themeColor="text1"/>
          <w:lang w:val="pl-PL"/>
        </w:rPr>
        <w:t>OPZ, istotnymi postanowieniami umowy i załącznikami oraz akceptuję ich treść bez zastrzeżeń.</w:t>
      </w:r>
    </w:p>
    <w:p w14:paraId="7A3AB8D9" w14:textId="751C06E8" w:rsidR="00B8527E" w:rsidRPr="00247888" w:rsidRDefault="00935F89" w:rsidP="00247888">
      <w:pPr>
        <w:pStyle w:val="Akapitzlist"/>
        <w:numPr>
          <w:ilvl w:val="0"/>
          <w:numId w:val="11"/>
        </w:numPr>
        <w:spacing w:after="40"/>
        <w:jc w:val="both"/>
        <w:rPr>
          <w:rFonts w:ascii="Tahoma" w:hAnsi="Tahoma" w:cs="Tahoma"/>
          <w:color w:val="000000" w:themeColor="text1"/>
          <w:lang w:val="pl-PL"/>
        </w:rPr>
      </w:pPr>
      <w:r w:rsidRPr="00247888">
        <w:rPr>
          <w:rFonts w:ascii="Tahoma" w:hAnsi="Tahoma" w:cs="Tahoma"/>
          <w:color w:val="000000" w:themeColor="text1"/>
          <w:lang w:val="pl-PL"/>
        </w:rPr>
        <w:t>Oświadczam, że cena oferty obejmuje wszystkie koszty należytego wykonania zamówienia.</w:t>
      </w:r>
    </w:p>
    <w:p w14:paraId="1BB8D492" w14:textId="405F6603" w:rsidR="00B77401" w:rsidRDefault="00935F89" w:rsidP="00247888">
      <w:pPr>
        <w:pStyle w:val="Akapitzlist"/>
        <w:numPr>
          <w:ilvl w:val="0"/>
          <w:numId w:val="11"/>
        </w:numPr>
        <w:spacing w:after="40"/>
        <w:jc w:val="both"/>
        <w:rPr>
          <w:rFonts w:ascii="Tahoma" w:hAnsi="Tahoma" w:cs="Tahoma"/>
          <w:color w:val="000000" w:themeColor="text1"/>
          <w:lang w:val="pl-PL"/>
        </w:rPr>
      </w:pPr>
      <w:r w:rsidRPr="00247888">
        <w:rPr>
          <w:rFonts w:ascii="Tahoma" w:hAnsi="Tahoma" w:cs="Tahoma"/>
          <w:color w:val="000000" w:themeColor="text1"/>
          <w:lang w:val="pl-PL"/>
        </w:rPr>
        <w:t xml:space="preserve">Oświadczam, że </w:t>
      </w:r>
      <w:r w:rsidR="00B77401">
        <w:rPr>
          <w:rFonts w:ascii="Tahoma" w:hAnsi="Tahoma" w:cs="Tahoma"/>
          <w:color w:val="000000" w:themeColor="text1"/>
          <w:lang w:val="pl-PL"/>
        </w:rPr>
        <w:t xml:space="preserve">spełniam warunki udziały w postępowaniu wskazane w </w:t>
      </w:r>
      <w:r w:rsidR="00FB4DDD">
        <w:rPr>
          <w:rFonts w:ascii="Tahoma" w:hAnsi="Tahoma" w:cs="Tahoma"/>
          <w:color w:val="000000" w:themeColor="text1"/>
          <w:lang w:val="pl-PL"/>
        </w:rPr>
        <w:t>O</w:t>
      </w:r>
      <w:r w:rsidR="00B77401">
        <w:rPr>
          <w:rFonts w:ascii="Tahoma" w:hAnsi="Tahoma" w:cs="Tahoma"/>
          <w:color w:val="000000" w:themeColor="text1"/>
          <w:lang w:val="pl-PL"/>
        </w:rPr>
        <w:t>głoszeniu.</w:t>
      </w:r>
    </w:p>
    <w:p w14:paraId="39D263A1" w14:textId="1602FB7E" w:rsidR="00B8527E" w:rsidRPr="00247888" w:rsidRDefault="00B77401" w:rsidP="00247888">
      <w:pPr>
        <w:pStyle w:val="Akapitzlist"/>
        <w:numPr>
          <w:ilvl w:val="0"/>
          <w:numId w:val="11"/>
        </w:numPr>
        <w:spacing w:after="40"/>
        <w:jc w:val="both"/>
        <w:rPr>
          <w:rFonts w:ascii="Tahoma" w:hAnsi="Tahoma" w:cs="Tahoma"/>
          <w:color w:val="000000" w:themeColor="text1"/>
          <w:lang w:val="pl-PL"/>
        </w:rPr>
      </w:pPr>
      <w:r>
        <w:rPr>
          <w:rFonts w:ascii="Tahoma" w:hAnsi="Tahoma" w:cs="Tahoma"/>
          <w:color w:val="000000" w:themeColor="text1"/>
          <w:lang w:val="pl-PL"/>
        </w:rPr>
        <w:t xml:space="preserve">Oświadczam, że </w:t>
      </w:r>
      <w:r w:rsidR="00935F89" w:rsidRPr="00247888">
        <w:rPr>
          <w:rFonts w:ascii="Tahoma" w:hAnsi="Tahoma" w:cs="Tahoma"/>
          <w:color w:val="000000" w:themeColor="text1"/>
          <w:lang w:val="pl-PL"/>
        </w:rPr>
        <w:t xml:space="preserve">posiadam wiedzę, doświadczenie, potencjał techniczny oraz </w:t>
      </w:r>
      <w:r>
        <w:rPr>
          <w:rFonts w:ascii="Tahoma" w:hAnsi="Tahoma" w:cs="Tahoma"/>
          <w:color w:val="000000" w:themeColor="text1"/>
          <w:lang w:val="pl-PL"/>
        </w:rPr>
        <w:t>dysponuje osobami</w:t>
      </w:r>
      <w:r w:rsidRPr="00247888">
        <w:rPr>
          <w:rFonts w:ascii="Tahoma" w:hAnsi="Tahoma" w:cs="Tahoma"/>
          <w:color w:val="000000" w:themeColor="text1"/>
          <w:lang w:val="pl-PL"/>
        </w:rPr>
        <w:t xml:space="preserve"> </w:t>
      </w:r>
      <w:r w:rsidR="00935F89" w:rsidRPr="00247888">
        <w:rPr>
          <w:rFonts w:ascii="Tahoma" w:hAnsi="Tahoma" w:cs="Tahoma"/>
          <w:color w:val="000000" w:themeColor="text1"/>
          <w:lang w:val="pl-PL"/>
        </w:rPr>
        <w:t>zdoln</w:t>
      </w:r>
      <w:r>
        <w:rPr>
          <w:rFonts w:ascii="Tahoma" w:hAnsi="Tahoma" w:cs="Tahoma"/>
          <w:color w:val="000000" w:themeColor="text1"/>
          <w:lang w:val="pl-PL"/>
        </w:rPr>
        <w:t>ymi</w:t>
      </w:r>
      <w:r w:rsidR="00935F89" w:rsidRPr="00247888">
        <w:rPr>
          <w:rFonts w:ascii="Tahoma" w:hAnsi="Tahoma" w:cs="Tahoma"/>
          <w:color w:val="000000" w:themeColor="text1"/>
          <w:lang w:val="pl-PL"/>
        </w:rPr>
        <w:t xml:space="preserve"> do wykonania zamówienia.</w:t>
      </w:r>
    </w:p>
    <w:p w14:paraId="099D8431" w14:textId="0B86A0B7" w:rsidR="00B8527E" w:rsidRPr="00247888" w:rsidRDefault="00935F89" w:rsidP="00247888">
      <w:pPr>
        <w:pStyle w:val="Akapitzlist"/>
        <w:numPr>
          <w:ilvl w:val="0"/>
          <w:numId w:val="11"/>
        </w:numPr>
        <w:spacing w:after="40"/>
        <w:jc w:val="both"/>
        <w:rPr>
          <w:rFonts w:ascii="Tahoma" w:hAnsi="Tahoma" w:cs="Tahoma"/>
          <w:color w:val="000000" w:themeColor="text1"/>
          <w:lang w:val="pl-PL"/>
        </w:rPr>
      </w:pPr>
      <w:r w:rsidRPr="00247888">
        <w:rPr>
          <w:rFonts w:ascii="Tahoma" w:hAnsi="Tahoma" w:cs="Tahoma"/>
          <w:color w:val="000000" w:themeColor="text1"/>
          <w:lang w:val="pl-PL"/>
        </w:rPr>
        <w:t xml:space="preserve">Oświadczam, że </w:t>
      </w:r>
      <w:r w:rsidR="001D2621">
        <w:rPr>
          <w:rFonts w:ascii="Tahoma" w:hAnsi="Tahoma" w:cs="Tahoma"/>
          <w:color w:val="000000" w:themeColor="text1"/>
          <w:lang w:val="pl-PL"/>
        </w:rPr>
        <w:t xml:space="preserve">Wykonawca </w:t>
      </w:r>
      <w:r w:rsidRPr="00247888">
        <w:rPr>
          <w:rFonts w:ascii="Tahoma" w:hAnsi="Tahoma" w:cs="Tahoma"/>
          <w:color w:val="000000" w:themeColor="text1"/>
          <w:lang w:val="pl-PL"/>
        </w:rPr>
        <w:t>nie pozostaj</w:t>
      </w:r>
      <w:r w:rsidR="001D2621">
        <w:rPr>
          <w:rFonts w:ascii="Tahoma" w:hAnsi="Tahoma" w:cs="Tahoma"/>
          <w:color w:val="000000" w:themeColor="text1"/>
          <w:lang w:val="pl-PL"/>
        </w:rPr>
        <w:t>e</w:t>
      </w:r>
      <w:r w:rsidRPr="00247888">
        <w:rPr>
          <w:rFonts w:ascii="Tahoma" w:hAnsi="Tahoma" w:cs="Tahoma"/>
          <w:color w:val="000000" w:themeColor="text1"/>
          <w:lang w:val="pl-PL"/>
        </w:rPr>
        <w:t xml:space="preserve"> w konflikcie interesów z Zamawiającym ani z osobami wykonującymi czynności w postępowaniu</w:t>
      </w:r>
      <w:r w:rsidR="00695A9D">
        <w:rPr>
          <w:rFonts w:ascii="Tahoma" w:hAnsi="Tahoma" w:cs="Tahoma"/>
          <w:color w:val="000000" w:themeColor="text1"/>
          <w:lang w:val="pl-PL"/>
        </w:rPr>
        <w:t xml:space="preserve"> z jego ramienia</w:t>
      </w:r>
      <w:r w:rsidRPr="00247888">
        <w:rPr>
          <w:rFonts w:ascii="Tahoma" w:hAnsi="Tahoma" w:cs="Tahoma"/>
          <w:color w:val="000000" w:themeColor="text1"/>
          <w:lang w:val="pl-PL"/>
        </w:rPr>
        <w:t>.</w:t>
      </w:r>
    </w:p>
    <w:p w14:paraId="7AE51082" w14:textId="32921773" w:rsidR="00B8527E" w:rsidRPr="00247888" w:rsidRDefault="00935F89" w:rsidP="00247888">
      <w:pPr>
        <w:pStyle w:val="Akapitzlist"/>
        <w:numPr>
          <w:ilvl w:val="0"/>
          <w:numId w:val="11"/>
        </w:numPr>
        <w:spacing w:after="40"/>
        <w:jc w:val="both"/>
        <w:rPr>
          <w:rFonts w:ascii="Tahoma" w:hAnsi="Tahoma" w:cs="Tahoma"/>
          <w:color w:val="000000" w:themeColor="text1"/>
          <w:lang w:val="pl-PL"/>
        </w:rPr>
      </w:pPr>
      <w:r w:rsidRPr="00247888">
        <w:rPr>
          <w:rFonts w:ascii="Tahoma" w:hAnsi="Tahoma" w:cs="Tahoma"/>
          <w:color w:val="000000" w:themeColor="text1"/>
          <w:lang w:val="pl-PL"/>
        </w:rPr>
        <w:t xml:space="preserve">Oświadczam, że w przypadku wyboru oferty zobowiązuję się do zawarcia umowy </w:t>
      </w:r>
      <w:r w:rsidR="00DB34B5" w:rsidRPr="00247888">
        <w:rPr>
          <w:rFonts w:ascii="Tahoma" w:hAnsi="Tahoma" w:cs="Tahoma"/>
          <w:color w:val="000000" w:themeColor="text1"/>
          <w:lang w:val="pl-PL"/>
        </w:rPr>
        <w:t>oraz</w:t>
      </w:r>
      <w:r w:rsidRPr="00247888">
        <w:rPr>
          <w:rFonts w:ascii="Tahoma" w:hAnsi="Tahoma" w:cs="Tahoma"/>
          <w:color w:val="000000" w:themeColor="text1"/>
          <w:lang w:val="pl-PL"/>
        </w:rPr>
        <w:t xml:space="preserve"> jeżeli będzie to wymagane, umowy powierzenia przetwarzania danych osobowych przed otrzymaniem danych osobowych.</w:t>
      </w:r>
    </w:p>
    <w:p w14:paraId="40B73AB8" w14:textId="1EABFFDD" w:rsidR="00B8527E" w:rsidRPr="00247888" w:rsidRDefault="00935F89" w:rsidP="00247888">
      <w:pPr>
        <w:pStyle w:val="Akapitzlist"/>
        <w:numPr>
          <w:ilvl w:val="0"/>
          <w:numId w:val="11"/>
        </w:numPr>
        <w:spacing w:after="40"/>
        <w:jc w:val="both"/>
        <w:rPr>
          <w:rFonts w:ascii="Tahoma" w:hAnsi="Tahoma" w:cs="Tahoma"/>
          <w:color w:val="000000" w:themeColor="text1"/>
          <w:lang w:val="pl-PL"/>
        </w:rPr>
      </w:pPr>
      <w:r w:rsidRPr="00247888">
        <w:rPr>
          <w:rFonts w:ascii="Tahoma" w:hAnsi="Tahoma" w:cs="Tahoma"/>
          <w:color w:val="000000" w:themeColor="text1"/>
          <w:lang w:val="pl-PL"/>
        </w:rPr>
        <w:t>Oświadczam, że zobowiązuję się do zachowania poufności danych, informacji, dokumentów i materiałów otrzymanych w związku z realizacją zamówienia</w:t>
      </w:r>
      <w:r w:rsidR="0017053B">
        <w:rPr>
          <w:rFonts w:ascii="Tahoma" w:hAnsi="Tahoma" w:cs="Tahoma"/>
          <w:color w:val="000000" w:themeColor="text1"/>
          <w:lang w:val="pl-PL"/>
        </w:rPr>
        <w:t xml:space="preserve"> na zasadach opisanych w projekcie istotnych postanowień umowy</w:t>
      </w:r>
      <w:r w:rsidRPr="00247888">
        <w:rPr>
          <w:rFonts w:ascii="Tahoma" w:hAnsi="Tahoma" w:cs="Tahoma"/>
          <w:color w:val="000000" w:themeColor="text1"/>
          <w:lang w:val="pl-PL"/>
        </w:rPr>
        <w:t>.</w:t>
      </w:r>
    </w:p>
    <w:p w14:paraId="562ABE9F" w14:textId="777FBFF8" w:rsidR="00B8527E" w:rsidRDefault="00935F89" w:rsidP="00247888">
      <w:pPr>
        <w:pStyle w:val="Akapitzlist"/>
        <w:numPr>
          <w:ilvl w:val="0"/>
          <w:numId w:val="11"/>
        </w:numPr>
        <w:spacing w:after="40"/>
        <w:jc w:val="both"/>
        <w:rPr>
          <w:rFonts w:ascii="Tahoma" w:hAnsi="Tahoma" w:cs="Tahoma"/>
          <w:color w:val="000000" w:themeColor="text1"/>
          <w:lang w:val="pl-PL"/>
        </w:rPr>
      </w:pPr>
      <w:r w:rsidRPr="00247888">
        <w:rPr>
          <w:rFonts w:ascii="Tahoma" w:hAnsi="Tahoma" w:cs="Tahoma"/>
          <w:color w:val="000000" w:themeColor="text1"/>
          <w:lang w:val="pl-PL"/>
        </w:rPr>
        <w:t xml:space="preserve">Oświadczam, że pozostaję związany/a ofertą </w:t>
      </w:r>
      <w:r w:rsidRPr="00BD79E7">
        <w:rPr>
          <w:rFonts w:ascii="Tahoma" w:hAnsi="Tahoma" w:cs="Tahoma"/>
          <w:color w:val="000000" w:themeColor="text1"/>
          <w:szCs w:val="20"/>
          <w:lang w:val="pl-PL"/>
        </w:rPr>
        <w:t xml:space="preserve">przez </w:t>
      </w:r>
      <w:r w:rsidR="00BD79E7" w:rsidRPr="00715026">
        <w:rPr>
          <w:rFonts w:ascii="Tahoma" w:hAnsi="Tahoma" w:cs="Tahoma"/>
          <w:color w:val="000000" w:themeColor="text1"/>
          <w:szCs w:val="20"/>
          <w:lang w:val="pl-PL"/>
        </w:rPr>
        <w:t xml:space="preserve">czas wskazany w </w:t>
      </w:r>
      <w:r w:rsidR="00FB4DDD">
        <w:rPr>
          <w:rFonts w:ascii="Tahoma" w:hAnsi="Tahoma" w:cs="Tahoma"/>
          <w:color w:val="000000" w:themeColor="text1"/>
          <w:szCs w:val="20"/>
          <w:lang w:val="pl-PL"/>
        </w:rPr>
        <w:t>O</w:t>
      </w:r>
      <w:r w:rsidR="00BD79E7" w:rsidRPr="00715026">
        <w:rPr>
          <w:rFonts w:ascii="Tahoma" w:hAnsi="Tahoma" w:cs="Tahoma"/>
          <w:color w:val="000000" w:themeColor="text1"/>
          <w:szCs w:val="20"/>
          <w:lang w:val="pl-PL"/>
        </w:rPr>
        <w:t>głoszeniu.</w:t>
      </w:r>
      <w:r w:rsidR="00BD79E7">
        <w:rPr>
          <w:rFonts w:ascii="Tahoma" w:hAnsi="Tahoma" w:cs="Tahoma"/>
          <w:color w:val="000000" w:themeColor="text1"/>
          <w:sz w:val="18"/>
          <w:lang w:val="pl-PL"/>
        </w:rPr>
        <w:t xml:space="preserve"> </w:t>
      </w:r>
    </w:p>
    <w:p w14:paraId="254984DC" w14:textId="7DC3D5AC" w:rsidR="0017053B" w:rsidRPr="00715026" w:rsidRDefault="0017053B" w:rsidP="00715026">
      <w:pPr>
        <w:spacing w:after="40"/>
        <w:ind w:left="170"/>
        <w:jc w:val="both"/>
        <w:rPr>
          <w:rFonts w:ascii="Tahoma" w:hAnsi="Tahoma" w:cs="Tahoma"/>
          <w:color w:val="000000" w:themeColor="text1"/>
          <w:lang w:val="pl-PL"/>
        </w:rPr>
      </w:pPr>
    </w:p>
    <w:p w14:paraId="40DFC788" w14:textId="288337CE" w:rsidR="00B8527E" w:rsidRPr="00247888" w:rsidRDefault="00B815D2">
      <w:pPr>
        <w:pStyle w:val="Nagwek1"/>
        <w:rPr>
          <w:rFonts w:ascii="Tahoma" w:hAnsi="Tahoma" w:cs="Tahoma"/>
          <w:color w:val="000000" w:themeColor="text1"/>
          <w:lang w:val="pl-PL"/>
        </w:rPr>
      </w:pPr>
      <w:r>
        <w:rPr>
          <w:rFonts w:ascii="Tahoma" w:hAnsi="Tahoma" w:cs="Tahoma"/>
          <w:color w:val="000000" w:themeColor="text1"/>
          <w:lang w:val="pl-PL"/>
        </w:rPr>
        <w:t>6</w:t>
      </w:r>
      <w:r w:rsidR="00935F89" w:rsidRPr="00247888">
        <w:rPr>
          <w:rFonts w:ascii="Tahoma" w:hAnsi="Tahoma" w:cs="Tahoma"/>
          <w:color w:val="000000" w:themeColor="text1"/>
          <w:lang w:val="pl-PL"/>
        </w:rPr>
        <w:t>. Podwykonawcy</w:t>
      </w:r>
    </w:p>
    <w:p w14:paraId="63F68A37" w14:textId="77777777" w:rsidR="00B8527E" w:rsidRPr="00247888" w:rsidRDefault="00935F89">
      <w:pPr>
        <w:rPr>
          <w:rFonts w:ascii="Tahoma" w:hAnsi="Tahoma" w:cs="Tahoma"/>
          <w:color w:val="000000" w:themeColor="text1"/>
          <w:lang w:val="pl-PL"/>
        </w:rPr>
      </w:pPr>
      <w:r w:rsidRPr="00247888">
        <w:rPr>
          <w:rFonts w:ascii="Tahoma" w:hAnsi="Tahoma" w:cs="Tahoma"/>
          <w:color w:val="000000" w:themeColor="text1"/>
          <w:lang w:val="pl-PL"/>
        </w:rPr>
        <w:t>Zamierzam powierzyć podwykonawcom następujący zakres zamówienia / nie zamierzam powierzać wykonania zamówienia podwykonawcom [niepotrzebne skreślić]:</w:t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567"/>
        <w:gridCol w:w="3402"/>
        <w:gridCol w:w="5102"/>
      </w:tblGrid>
      <w:tr w:rsidR="00B8527E" w:rsidRPr="00247888" w14:paraId="1B47D7B1" w14:textId="77777777" w:rsidTr="00247888">
        <w:tc>
          <w:tcPr>
            <w:tcW w:w="567" w:type="dxa"/>
            <w:shd w:val="clear" w:color="auto" w:fill="BFBFBF" w:themeFill="background1" w:themeFillShade="BF"/>
            <w:vAlign w:val="center"/>
          </w:tcPr>
          <w:p w14:paraId="042149B5" w14:textId="77777777" w:rsidR="00B8527E" w:rsidRPr="00247888" w:rsidRDefault="00935F89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247888">
              <w:rPr>
                <w:rFonts w:ascii="Tahoma" w:hAnsi="Tahoma" w:cs="Tahoma"/>
                <w:b/>
                <w:color w:val="000000" w:themeColor="text1"/>
                <w:sz w:val="16"/>
                <w:lang w:val="pl-PL"/>
              </w:rPr>
              <w:lastRenderedPageBreak/>
              <w:t>Lp.</w:t>
            </w:r>
          </w:p>
        </w:tc>
        <w:tc>
          <w:tcPr>
            <w:tcW w:w="3402" w:type="dxa"/>
            <w:shd w:val="clear" w:color="auto" w:fill="BFBFBF" w:themeFill="background1" w:themeFillShade="BF"/>
            <w:vAlign w:val="center"/>
          </w:tcPr>
          <w:p w14:paraId="0C15638C" w14:textId="77777777" w:rsidR="00B8527E" w:rsidRPr="00247888" w:rsidRDefault="00935F89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247888">
              <w:rPr>
                <w:rFonts w:ascii="Tahoma" w:hAnsi="Tahoma" w:cs="Tahoma"/>
                <w:b/>
                <w:color w:val="000000" w:themeColor="text1"/>
                <w:sz w:val="16"/>
                <w:lang w:val="pl-PL"/>
              </w:rPr>
              <w:t>Nazwa podwykonawcy, jeżeli jest znana</w:t>
            </w:r>
          </w:p>
        </w:tc>
        <w:tc>
          <w:tcPr>
            <w:tcW w:w="5102" w:type="dxa"/>
            <w:shd w:val="clear" w:color="auto" w:fill="BFBFBF" w:themeFill="background1" w:themeFillShade="BF"/>
            <w:vAlign w:val="center"/>
          </w:tcPr>
          <w:p w14:paraId="2B98AD94" w14:textId="77777777" w:rsidR="00B8527E" w:rsidRPr="00247888" w:rsidRDefault="00935F89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247888">
              <w:rPr>
                <w:rFonts w:ascii="Tahoma" w:hAnsi="Tahoma" w:cs="Tahoma"/>
                <w:b/>
                <w:color w:val="000000" w:themeColor="text1"/>
                <w:sz w:val="16"/>
                <w:lang w:val="pl-PL"/>
              </w:rPr>
              <w:t>Zakres powierzony podwykonawcy</w:t>
            </w:r>
          </w:p>
        </w:tc>
      </w:tr>
      <w:tr w:rsidR="00B8527E" w:rsidRPr="00247888" w14:paraId="257CED55" w14:textId="77777777">
        <w:tc>
          <w:tcPr>
            <w:tcW w:w="567" w:type="dxa"/>
            <w:vAlign w:val="center"/>
          </w:tcPr>
          <w:p w14:paraId="2E2A5B5F" w14:textId="77777777" w:rsidR="00B8527E" w:rsidRPr="00247888" w:rsidRDefault="00B8527E">
            <w:p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3402" w:type="dxa"/>
            <w:vAlign w:val="center"/>
          </w:tcPr>
          <w:p w14:paraId="2A001C96" w14:textId="46F4CE38" w:rsidR="00B8527E" w:rsidRPr="00247888" w:rsidRDefault="00B8527E">
            <w:p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5102" w:type="dxa"/>
            <w:vAlign w:val="center"/>
          </w:tcPr>
          <w:p w14:paraId="61556E7F" w14:textId="1F6A2209" w:rsidR="00B8527E" w:rsidRPr="00247888" w:rsidRDefault="00B8527E">
            <w:p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</w:tr>
      <w:tr w:rsidR="00B8527E" w:rsidRPr="00247888" w14:paraId="4375FBF7" w14:textId="77777777">
        <w:tc>
          <w:tcPr>
            <w:tcW w:w="567" w:type="dxa"/>
            <w:vAlign w:val="center"/>
          </w:tcPr>
          <w:p w14:paraId="44A99EA2" w14:textId="77777777" w:rsidR="00B8527E" w:rsidRPr="00247888" w:rsidRDefault="00B8527E">
            <w:p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3402" w:type="dxa"/>
            <w:vAlign w:val="center"/>
          </w:tcPr>
          <w:p w14:paraId="3A379501" w14:textId="578BB3CD" w:rsidR="00B8527E" w:rsidRPr="00247888" w:rsidRDefault="00B8527E">
            <w:p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5102" w:type="dxa"/>
            <w:vAlign w:val="center"/>
          </w:tcPr>
          <w:p w14:paraId="015C0D47" w14:textId="6B01850E" w:rsidR="00B8527E" w:rsidRPr="00247888" w:rsidRDefault="00B8527E">
            <w:p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</w:tr>
      <w:tr w:rsidR="00B8527E" w:rsidRPr="00247888" w14:paraId="3B34A64E" w14:textId="77777777">
        <w:tc>
          <w:tcPr>
            <w:tcW w:w="567" w:type="dxa"/>
            <w:vAlign w:val="center"/>
          </w:tcPr>
          <w:p w14:paraId="204FFBCA" w14:textId="77777777" w:rsidR="00B8527E" w:rsidRPr="00247888" w:rsidRDefault="00B8527E">
            <w:p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3402" w:type="dxa"/>
            <w:vAlign w:val="center"/>
          </w:tcPr>
          <w:p w14:paraId="377B3725" w14:textId="33073481" w:rsidR="00B8527E" w:rsidRPr="00247888" w:rsidRDefault="00B8527E">
            <w:p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5102" w:type="dxa"/>
            <w:vAlign w:val="center"/>
          </w:tcPr>
          <w:p w14:paraId="0CFF5A37" w14:textId="2EB85239" w:rsidR="00B8527E" w:rsidRPr="00247888" w:rsidRDefault="00B8527E">
            <w:p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</w:tr>
    </w:tbl>
    <w:p w14:paraId="314BC247" w14:textId="2CE5FD72" w:rsidR="009D7AD4" w:rsidRDefault="00B815D2">
      <w:pPr>
        <w:pStyle w:val="Nagwek1"/>
        <w:rPr>
          <w:rFonts w:ascii="Tahoma" w:hAnsi="Tahoma" w:cs="Tahoma"/>
          <w:color w:val="000000" w:themeColor="text1"/>
          <w:lang w:val="pl-PL"/>
        </w:rPr>
      </w:pPr>
      <w:r>
        <w:rPr>
          <w:rFonts w:ascii="Tahoma" w:hAnsi="Tahoma" w:cs="Tahoma"/>
          <w:color w:val="000000" w:themeColor="text1"/>
          <w:lang w:val="pl-PL"/>
        </w:rPr>
        <w:t>7</w:t>
      </w:r>
      <w:r w:rsidR="00935F89" w:rsidRPr="00247888">
        <w:rPr>
          <w:rFonts w:ascii="Tahoma" w:hAnsi="Tahoma" w:cs="Tahoma"/>
          <w:color w:val="000000" w:themeColor="text1"/>
          <w:lang w:val="pl-PL"/>
        </w:rPr>
        <w:t xml:space="preserve">. </w:t>
      </w:r>
      <w:r w:rsidR="009D7AD4">
        <w:rPr>
          <w:rFonts w:ascii="Tahoma" w:hAnsi="Tahoma" w:cs="Tahoma"/>
          <w:color w:val="000000" w:themeColor="text1"/>
          <w:lang w:val="pl-PL"/>
        </w:rPr>
        <w:t xml:space="preserve">Udostępnienie zasobów </w:t>
      </w:r>
    </w:p>
    <w:p w14:paraId="315F4182" w14:textId="39740C51" w:rsidR="00352A0F" w:rsidRDefault="00352A0F" w:rsidP="00352A0F">
      <w:pPr>
        <w:jc w:val="both"/>
        <w:rPr>
          <w:rFonts w:ascii="Tahoma" w:hAnsi="Tahoma" w:cs="Tahoma"/>
          <w:color w:val="000000" w:themeColor="text1"/>
          <w:lang w:val="pl-PL"/>
        </w:rPr>
      </w:pPr>
      <w:r w:rsidRPr="00715026">
        <w:rPr>
          <w:rFonts w:ascii="Tahoma" w:hAnsi="Tahoma" w:cs="Tahoma"/>
          <w:color w:val="000000" w:themeColor="text1"/>
          <w:lang w:val="pl-PL"/>
        </w:rPr>
        <w:t xml:space="preserve">Oświadczam, iż w celu potwierdzenia spełnienia warunków udziału w postępowaniu, </w:t>
      </w:r>
      <w:r w:rsidR="00684BA9">
        <w:rPr>
          <w:rFonts w:ascii="Tahoma" w:hAnsi="Tahoma" w:cs="Tahoma"/>
          <w:color w:val="000000" w:themeColor="text1"/>
          <w:lang w:val="pl-PL"/>
        </w:rPr>
        <w:t xml:space="preserve">nie polegamy / </w:t>
      </w:r>
      <w:r w:rsidRPr="00715026">
        <w:rPr>
          <w:rFonts w:ascii="Tahoma" w:hAnsi="Tahoma" w:cs="Tahoma"/>
          <w:color w:val="000000" w:themeColor="text1"/>
          <w:lang w:val="pl-PL"/>
        </w:rPr>
        <w:t>polegamy na zasobach</w:t>
      </w:r>
      <w:r>
        <w:rPr>
          <w:rFonts w:ascii="Tahoma" w:hAnsi="Tahoma" w:cs="Tahoma"/>
          <w:color w:val="000000" w:themeColor="text1"/>
          <w:lang w:val="pl-PL"/>
        </w:rPr>
        <w:t xml:space="preserve"> </w:t>
      </w:r>
      <w:r w:rsidRPr="00715026">
        <w:rPr>
          <w:rFonts w:ascii="Tahoma" w:hAnsi="Tahoma" w:cs="Tahoma"/>
          <w:color w:val="000000" w:themeColor="text1"/>
          <w:lang w:val="pl-PL"/>
        </w:rPr>
        <w:t>podmiotów trzecich wskazanych poniżej, którym zostanie powierzona realizacja następujących części zamówienia</w:t>
      </w:r>
      <w:r w:rsidR="00684BA9">
        <w:rPr>
          <w:rFonts w:ascii="Tahoma" w:hAnsi="Tahoma" w:cs="Tahoma"/>
          <w:color w:val="000000" w:themeColor="text1"/>
          <w:lang w:val="pl-PL"/>
        </w:rPr>
        <w:t xml:space="preserve"> </w:t>
      </w:r>
      <w:r w:rsidR="00684BA9" w:rsidRPr="00247888">
        <w:rPr>
          <w:rFonts w:ascii="Tahoma" w:hAnsi="Tahoma" w:cs="Tahoma"/>
          <w:color w:val="000000" w:themeColor="text1"/>
          <w:lang w:val="pl-PL"/>
        </w:rPr>
        <w:t>[niepotrzebne skreślić]:</w:t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567"/>
        <w:gridCol w:w="3402"/>
        <w:gridCol w:w="5102"/>
      </w:tblGrid>
      <w:tr w:rsidR="00352A0F" w:rsidRPr="007046F4" w14:paraId="2E2BE5B6" w14:textId="77777777" w:rsidTr="001B0790">
        <w:tc>
          <w:tcPr>
            <w:tcW w:w="567" w:type="dxa"/>
            <w:shd w:val="clear" w:color="auto" w:fill="BFBFBF" w:themeFill="background1" w:themeFillShade="BF"/>
            <w:vAlign w:val="center"/>
          </w:tcPr>
          <w:p w14:paraId="13066B47" w14:textId="77777777" w:rsidR="00352A0F" w:rsidRPr="00247888" w:rsidRDefault="00352A0F" w:rsidP="001B0790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247888">
              <w:rPr>
                <w:rFonts w:ascii="Tahoma" w:hAnsi="Tahoma" w:cs="Tahoma"/>
                <w:b/>
                <w:color w:val="000000" w:themeColor="text1"/>
                <w:sz w:val="16"/>
                <w:lang w:val="pl-PL"/>
              </w:rPr>
              <w:t>Lp.</w:t>
            </w:r>
          </w:p>
        </w:tc>
        <w:tc>
          <w:tcPr>
            <w:tcW w:w="3402" w:type="dxa"/>
            <w:shd w:val="clear" w:color="auto" w:fill="BFBFBF" w:themeFill="background1" w:themeFillShade="BF"/>
            <w:vAlign w:val="center"/>
          </w:tcPr>
          <w:p w14:paraId="784E45A0" w14:textId="0AF67A2C" w:rsidR="00352A0F" w:rsidRPr="00247888" w:rsidRDefault="00352A0F" w:rsidP="001B0790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247888">
              <w:rPr>
                <w:rFonts w:ascii="Tahoma" w:hAnsi="Tahoma" w:cs="Tahoma"/>
                <w:b/>
                <w:color w:val="000000" w:themeColor="text1"/>
                <w:sz w:val="16"/>
                <w:lang w:val="pl-PL"/>
              </w:rPr>
              <w:t xml:space="preserve">Nazwa </w:t>
            </w:r>
            <w:r>
              <w:rPr>
                <w:rFonts w:ascii="Tahoma" w:hAnsi="Tahoma" w:cs="Tahoma"/>
                <w:b/>
                <w:color w:val="000000" w:themeColor="text1"/>
                <w:sz w:val="16"/>
                <w:lang w:val="pl-PL"/>
              </w:rPr>
              <w:t>podmiotu</w:t>
            </w:r>
          </w:p>
        </w:tc>
        <w:tc>
          <w:tcPr>
            <w:tcW w:w="5102" w:type="dxa"/>
            <w:shd w:val="clear" w:color="auto" w:fill="BFBFBF" w:themeFill="background1" w:themeFillShade="BF"/>
            <w:vAlign w:val="center"/>
          </w:tcPr>
          <w:p w14:paraId="6DD20C39" w14:textId="50F9ED56" w:rsidR="00352A0F" w:rsidRPr="00684BA9" w:rsidRDefault="00684BA9" w:rsidP="001B0790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715026">
              <w:rPr>
                <w:rFonts w:ascii="Tahoma" w:hAnsi="Tahoma" w:cs="Tahoma"/>
                <w:b/>
                <w:bCs/>
                <w:color w:val="000000" w:themeColor="text1"/>
                <w:sz w:val="16"/>
                <w:lang w:val="pl-PL"/>
              </w:rPr>
              <w:t xml:space="preserve">Zakres udostępnionych </w:t>
            </w:r>
            <w:proofErr w:type="spellStart"/>
            <w:r w:rsidRPr="00715026">
              <w:rPr>
                <w:rFonts w:ascii="Tahoma" w:hAnsi="Tahoma" w:cs="Tahoma"/>
                <w:b/>
                <w:bCs/>
                <w:color w:val="000000" w:themeColor="text1"/>
                <w:sz w:val="16"/>
                <w:lang w:val="pl-PL"/>
              </w:rPr>
              <w:t>zasob</w:t>
            </w:r>
            <w:proofErr w:type="spellEnd"/>
            <w:r w:rsidRPr="00684BA9">
              <w:rPr>
                <w:rFonts w:ascii="Tahoma" w:hAnsi="Tahoma" w:cs="Tahoma"/>
                <w:b/>
                <w:bCs/>
                <w:color w:val="000000" w:themeColor="text1"/>
                <w:sz w:val="16"/>
                <w:lang w:val="es-ES_tradnl"/>
              </w:rPr>
              <w:t>ó</w:t>
            </w:r>
            <w:r w:rsidRPr="00715026">
              <w:rPr>
                <w:rFonts w:ascii="Tahoma" w:hAnsi="Tahoma" w:cs="Tahoma"/>
                <w:b/>
                <w:bCs/>
                <w:color w:val="000000" w:themeColor="text1"/>
                <w:sz w:val="16"/>
                <w:lang w:val="pl-PL"/>
              </w:rPr>
              <w:t xml:space="preserve">w oraz wskazanie części </w:t>
            </w:r>
            <w:proofErr w:type="spellStart"/>
            <w:r w:rsidRPr="00715026">
              <w:rPr>
                <w:rFonts w:ascii="Tahoma" w:hAnsi="Tahoma" w:cs="Tahoma"/>
                <w:b/>
                <w:bCs/>
                <w:color w:val="000000" w:themeColor="text1"/>
                <w:sz w:val="16"/>
                <w:lang w:val="pl-PL"/>
              </w:rPr>
              <w:t>zam</w:t>
            </w:r>
            <w:proofErr w:type="spellEnd"/>
            <w:r w:rsidRPr="00684BA9">
              <w:rPr>
                <w:rFonts w:ascii="Tahoma" w:hAnsi="Tahoma" w:cs="Tahoma"/>
                <w:b/>
                <w:bCs/>
                <w:color w:val="000000" w:themeColor="text1"/>
                <w:sz w:val="16"/>
                <w:lang w:val="es-ES_tradnl"/>
              </w:rPr>
              <w:t>ó</w:t>
            </w:r>
            <w:proofErr w:type="spellStart"/>
            <w:r w:rsidRPr="00715026">
              <w:rPr>
                <w:rFonts w:ascii="Tahoma" w:hAnsi="Tahoma" w:cs="Tahoma"/>
                <w:b/>
                <w:bCs/>
                <w:color w:val="000000" w:themeColor="text1"/>
                <w:sz w:val="16"/>
                <w:lang w:val="pl-PL"/>
              </w:rPr>
              <w:t>wienia</w:t>
            </w:r>
            <w:proofErr w:type="spellEnd"/>
            <w:r w:rsidRPr="00715026">
              <w:rPr>
                <w:rFonts w:ascii="Tahoma" w:hAnsi="Tahoma" w:cs="Tahoma"/>
                <w:b/>
                <w:bCs/>
                <w:color w:val="000000" w:themeColor="text1"/>
                <w:sz w:val="16"/>
                <w:lang w:val="pl-PL"/>
              </w:rPr>
              <w:t xml:space="preserve">, </w:t>
            </w:r>
            <w:proofErr w:type="spellStart"/>
            <w:r w:rsidRPr="00715026">
              <w:rPr>
                <w:rFonts w:ascii="Tahoma" w:hAnsi="Tahoma" w:cs="Tahoma"/>
                <w:b/>
                <w:bCs/>
                <w:color w:val="000000" w:themeColor="text1"/>
                <w:sz w:val="16"/>
                <w:lang w:val="pl-PL"/>
              </w:rPr>
              <w:t>kt</w:t>
            </w:r>
            <w:proofErr w:type="spellEnd"/>
            <w:r w:rsidRPr="00684BA9">
              <w:rPr>
                <w:rFonts w:ascii="Tahoma" w:hAnsi="Tahoma" w:cs="Tahoma"/>
                <w:b/>
                <w:bCs/>
                <w:color w:val="000000" w:themeColor="text1"/>
                <w:sz w:val="16"/>
                <w:lang w:val="es-ES_tradnl"/>
              </w:rPr>
              <w:t>ó</w:t>
            </w:r>
            <w:proofErr w:type="spellStart"/>
            <w:r w:rsidRPr="00715026">
              <w:rPr>
                <w:rFonts w:ascii="Tahoma" w:hAnsi="Tahoma" w:cs="Tahoma"/>
                <w:b/>
                <w:bCs/>
                <w:color w:val="000000" w:themeColor="text1"/>
                <w:sz w:val="16"/>
                <w:lang w:val="pl-PL"/>
              </w:rPr>
              <w:t>rą</w:t>
            </w:r>
            <w:proofErr w:type="spellEnd"/>
            <w:r w:rsidRPr="00715026">
              <w:rPr>
                <w:rFonts w:ascii="Tahoma" w:hAnsi="Tahoma" w:cs="Tahoma"/>
                <w:b/>
                <w:bCs/>
                <w:color w:val="000000" w:themeColor="text1"/>
                <w:sz w:val="16"/>
                <w:lang w:val="pl-PL"/>
              </w:rPr>
              <w:t xml:space="preserve"> będzie realizował podmiot trzeci</w:t>
            </w:r>
          </w:p>
        </w:tc>
      </w:tr>
      <w:tr w:rsidR="00352A0F" w:rsidRPr="007046F4" w14:paraId="3EF26C4B" w14:textId="77777777" w:rsidTr="001B0790">
        <w:tc>
          <w:tcPr>
            <w:tcW w:w="567" w:type="dxa"/>
            <w:vAlign w:val="center"/>
          </w:tcPr>
          <w:p w14:paraId="65184C75" w14:textId="77777777" w:rsidR="00352A0F" w:rsidRPr="00247888" w:rsidRDefault="00352A0F" w:rsidP="001B0790">
            <w:p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3402" w:type="dxa"/>
            <w:vAlign w:val="center"/>
          </w:tcPr>
          <w:p w14:paraId="703A206F" w14:textId="77777777" w:rsidR="00352A0F" w:rsidRPr="00247888" w:rsidRDefault="00352A0F" w:rsidP="001B0790">
            <w:p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5102" w:type="dxa"/>
            <w:vAlign w:val="center"/>
          </w:tcPr>
          <w:p w14:paraId="00FB2CCD" w14:textId="77777777" w:rsidR="00352A0F" w:rsidRPr="00247888" w:rsidRDefault="00352A0F" w:rsidP="001B0790">
            <w:p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</w:tr>
      <w:tr w:rsidR="00352A0F" w:rsidRPr="007046F4" w14:paraId="347405C3" w14:textId="77777777" w:rsidTr="001B0790">
        <w:tc>
          <w:tcPr>
            <w:tcW w:w="567" w:type="dxa"/>
            <w:vAlign w:val="center"/>
          </w:tcPr>
          <w:p w14:paraId="75315F72" w14:textId="77777777" w:rsidR="00352A0F" w:rsidRPr="00247888" w:rsidRDefault="00352A0F" w:rsidP="001B0790">
            <w:p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3402" w:type="dxa"/>
            <w:vAlign w:val="center"/>
          </w:tcPr>
          <w:p w14:paraId="02279ACB" w14:textId="77777777" w:rsidR="00352A0F" w:rsidRPr="00247888" w:rsidRDefault="00352A0F" w:rsidP="001B0790">
            <w:p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5102" w:type="dxa"/>
            <w:vAlign w:val="center"/>
          </w:tcPr>
          <w:p w14:paraId="446A1352" w14:textId="77777777" w:rsidR="00352A0F" w:rsidRPr="00247888" w:rsidRDefault="00352A0F" w:rsidP="001B0790">
            <w:p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</w:tr>
      <w:tr w:rsidR="00352A0F" w:rsidRPr="007046F4" w14:paraId="25A54268" w14:textId="77777777" w:rsidTr="001B0790">
        <w:tc>
          <w:tcPr>
            <w:tcW w:w="567" w:type="dxa"/>
            <w:vAlign w:val="center"/>
          </w:tcPr>
          <w:p w14:paraId="620DD391" w14:textId="77777777" w:rsidR="00352A0F" w:rsidRPr="00247888" w:rsidRDefault="00352A0F" w:rsidP="001B0790">
            <w:p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3402" w:type="dxa"/>
            <w:vAlign w:val="center"/>
          </w:tcPr>
          <w:p w14:paraId="477A57B0" w14:textId="77777777" w:rsidR="00352A0F" w:rsidRPr="00247888" w:rsidRDefault="00352A0F" w:rsidP="001B0790">
            <w:p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5102" w:type="dxa"/>
            <w:vAlign w:val="center"/>
          </w:tcPr>
          <w:p w14:paraId="3B82D800" w14:textId="77777777" w:rsidR="00352A0F" w:rsidRPr="00247888" w:rsidRDefault="00352A0F" w:rsidP="001B0790">
            <w:p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</w:tr>
    </w:tbl>
    <w:p w14:paraId="1D449944" w14:textId="77777777" w:rsidR="00352A0F" w:rsidRPr="00715026" w:rsidRDefault="00352A0F" w:rsidP="00715026">
      <w:pPr>
        <w:jc w:val="both"/>
        <w:rPr>
          <w:rFonts w:ascii="Tahoma" w:hAnsi="Tahoma" w:cs="Tahoma"/>
          <w:color w:val="000000" w:themeColor="text1"/>
          <w:lang w:val="pl-PL"/>
        </w:rPr>
      </w:pPr>
    </w:p>
    <w:p w14:paraId="58253B29" w14:textId="3500F078" w:rsidR="00B77401" w:rsidRDefault="00B815D2">
      <w:pPr>
        <w:pStyle w:val="Nagwek1"/>
        <w:rPr>
          <w:rFonts w:ascii="Tahoma" w:hAnsi="Tahoma" w:cs="Tahoma"/>
          <w:color w:val="000000" w:themeColor="text1"/>
          <w:lang w:val="pl-PL"/>
        </w:rPr>
      </w:pPr>
      <w:r>
        <w:rPr>
          <w:rFonts w:ascii="Tahoma" w:hAnsi="Tahoma" w:cs="Tahoma"/>
          <w:color w:val="000000" w:themeColor="text1"/>
          <w:lang w:val="pl-PL"/>
        </w:rPr>
        <w:t>8</w:t>
      </w:r>
      <w:r w:rsidR="009D7AD4">
        <w:rPr>
          <w:rFonts w:ascii="Tahoma" w:hAnsi="Tahoma" w:cs="Tahoma"/>
          <w:color w:val="000000" w:themeColor="text1"/>
          <w:lang w:val="pl-PL"/>
        </w:rPr>
        <w:t xml:space="preserve">. </w:t>
      </w:r>
      <w:r w:rsidR="00B77401">
        <w:rPr>
          <w:rFonts w:ascii="Tahoma" w:hAnsi="Tahoma" w:cs="Tahoma"/>
          <w:color w:val="000000" w:themeColor="text1"/>
          <w:lang w:val="pl-PL"/>
        </w:rPr>
        <w:t>Kryteria oceny ofert</w:t>
      </w:r>
    </w:p>
    <w:p w14:paraId="5693B58D" w14:textId="2EECF9BC" w:rsidR="00B77401" w:rsidRDefault="00852B84" w:rsidP="00B77401">
      <w:pPr>
        <w:rPr>
          <w:lang w:val="pl-PL"/>
        </w:rPr>
      </w:pPr>
      <w:r>
        <w:rPr>
          <w:lang w:val="pl-PL"/>
        </w:rPr>
        <w:t xml:space="preserve">Na potrzeby </w:t>
      </w:r>
      <w:proofErr w:type="spellStart"/>
      <w:r w:rsidR="00702F28">
        <w:rPr>
          <w:lang w:val="pl-PL"/>
        </w:rPr>
        <w:t>pozacenowych</w:t>
      </w:r>
      <w:proofErr w:type="spellEnd"/>
      <w:r w:rsidR="00702F28">
        <w:rPr>
          <w:lang w:val="pl-PL"/>
        </w:rPr>
        <w:t xml:space="preserve"> </w:t>
      </w:r>
      <w:r>
        <w:rPr>
          <w:lang w:val="pl-PL"/>
        </w:rPr>
        <w:t>kryteriów oceny ofert wskazuję, że:</w:t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4252"/>
        <w:gridCol w:w="4819"/>
      </w:tblGrid>
      <w:tr w:rsidR="00852B84" w:rsidRPr="001B0790" w14:paraId="33D01901" w14:textId="77777777" w:rsidTr="001B0790">
        <w:tc>
          <w:tcPr>
            <w:tcW w:w="4252" w:type="dxa"/>
            <w:shd w:val="clear" w:color="auto" w:fill="BFBFBF" w:themeFill="background1" w:themeFillShade="BF"/>
            <w:vAlign w:val="center"/>
          </w:tcPr>
          <w:p w14:paraId="4BD1350F" w14:textId="0FB8AE38" w:rsidR="00852B84" w:rsidRPr="00247888" w:rsidRDefault="00852B84" w:rsidP="001B0790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>
              <w:rPr>
                <w:rFonts w:ascii="Tahoma" w:hAnsi="Tahoma" w:cs="Tahoma"/>
                <w:b/>
                <w:color w:val="000000" w:themeColor="text1"/>
                <w:sz w:val="18"/>
                <w:lang w:val="pl-PL"/>
              </w:rPr>
              <w:t>Kryterium</w:t>
            </w:r>
          </w:p>
        </w:tc>
        <w:tc>
          <w:tcPr>
            <w:tcW w:w="4819" w:type="dxa"/>
            <w:shd w:val="clear" w:color="auto" w:fill="BFBFBF" w:themeFill="background1" w:themeFillShade="BF"/>
            <w:vAlign w:val="center"/>
          </w:tcPr>
          <w:p w14:paraId="33ED5B30" w14:textId="2F9CAE04" w:rsidR="00852B84" w:rsidRPr="00247888" w:rsidRDefault="00852B84" w:rsidP="001B0790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>
              <w:rPr>
                <w:rFonts w:ascii="Tahoma" w:hAnsi="Tahoma" w:cs="Tahoma"/>
                <w:b/>
                <w:color w:val="000000" w:themeColor="text1"/>
                <w:sz w:val="18"/>
                <w:lang w:val="pl-PL"/>
              </w:rPr>
              <w:t xml:space="preserve">Deklaracja wykonawcy </w:t>
            </w:r>
          </w:p>
        </w:tc>
      </w:tr>
      <w:tr w:rsidR="00852B84" w:rsidRPr="007046F4" w14:paraId="3238E38A" w14:textId="77777777" w:rsidTr="001B0790">
        <w:tc>
          <w:tcPr>
            <w:tcW w:w="4252" w:type="dxa"/>
            <w:vAlign w:val="center"/>
          </w:tcPr>
          <w:p w14:paraId="106A556A" w14:textId="767FD018" w:rsidR="00F94A66" w:rsidRPr="00F94A66" w:rsidRDefault="00BE0354" w:rsidP="001B0790">
            <w:pPr>
              <w:rPr>
                <w:rFonts w:ascii="Tahoma" w:hAnsi="Tahoma" w:cs="Tahoma"/>
                <w:sz w:val="18"/>
                <w:szCs w:val="18"/>
                <w:lang w:val="pl-PL"/>
              </w:rPr>
            </w:pPr>
            <w:r w:rsidRPr="00DF507B">
              <w:rPr>
                <w:rFonts w:ascii="Tahoma" w:hAnsi="Tahoma" w:cs="Tahoma"/>
                <w:sz w:val="18"/>
                <w:szCs w:val="18"/>
                <w:lang w:val="pl-PL"/>
              </w:rPr>
              <w:t xml:space="preserve">Kryterium </w:t>
            </w:r>
            <w:r w:rsidR="00DF507B">
              <w:rPr>
                <w:rFonts w:ascii="Tahoma" w:hAnsi="Tahoma" w:cs="Tahoma"/>
                <w:sz w:val="18"/>
                <w:szCs w:val="18"/>
                <w:lang w:val="pl-PL"/>
              </w:rPr>
              <w:t xml:space="preserve">2. </w:t>
            </w:r>
            <w:r w:rsidR="00DF507B" w:rsidRPr="00DF507B">
              <w:rPr>
                <w:rFonts w:ascii="Tahoma" w:hAnsi="Tahoma" w:cs="Tahoma"/>
                <w:sz w:val="18"/>
                <w:szCs w:val="18"/>
                <w:lang w:val="pl-PL"/>
              </w:rPr>
              <w:t>Siedziba i zakład produkcyjny w Polsce</w:t>
            </w:r>
          </w:p>
          <w:p w14:paraId="515C09AA" w14:textId="2B5C616C" w:rsidR="00F94A66" w:rsidRPr="00DF507B" w:rsidRDefault="00F94A66" w:rsidP="001B0790">
            <w:pPr>
              <w:rPr>
                <w:rFonts w:ascii="Tahoma" w:hAnsi="Tahoma" w:cs="Tahoma"/>
                <w:color w:val="000000" w:themeColor="text1"/>
                <w:sz w:val="18"/>
                <w:szCs w:val="18"/>
                <w:lang w:val="pl-PL"/>
              </w:rPr>
            </w:pPr>
            <w:r w:rsidRPr="00F94A66">
              <w:rPr>
                <w:rFonts w:ascii="Tahoma" w:hAnsi="Tahoma" w:cs="Tahoma"/>
                <w:i/>
                <w:iCs/>
                <w:color w:val="000000" w:themeColor="text1"/>
                <w:sz w:val="18"/>
                <w:szCs w:val="18"/>
                <w:lang w:val="pl-PL"/>
              </w:rPr>
              <w:t xml:space="preserve">należy </w:t>
            </w:r>
            <w:r w:rsidR="00C121FB" w:rsidRPr="00F94A66">
              <w:rPr>
                <w:rFonts w:ascii="Tahoma" w:hAnsi="Tahoma" w:cs="Tahoma"/>
                <w:i/>
                <w:iCs/>
                <w:color w:val="000000" w:themeColor="text1"/>
                <w:sz w:val="18"/>
                <w:szCs w:val="18"/>
                <w:lang w:val="pl-PL"/>
              </w:rPr>
              <w:t>wskazać,</w:t>
            </w:r>
            <w:r w:rsidRPr="00F94A66">
              <w:rPr>
                <w:rFonts w:ascii="Tahoma" w:hAnsi="Tahoma" w:cs="Tahoma"/>
                <w:i/>
                <w:iCs/>
                <w:color w:val="000000" w:themeColor="text1"/>
                <w:sz w:val="18"/>
                <w:szCs w:val="18"/>
                <w:lang w:val="pl-PL"/>
              </w:rPr>
              <w:t xml:space="preserve"> czy Wykonawca posiada siedzibę w Polsce (zarejestrowaną w KRS lub </w:t>
            </w:r>
            <w:proofErr w:type="spellStart"/>
            <w:r w:rsidRPr="00F94A66">
              <w:rPr>
                <w:rFonts w:ascii="Tahoma" w:hAnsi="Tahoma" w:cs="Tahoma"/>
                <w:i/>
                <w:iCs/>
                <w:color w:val="000000" w:themeColor="text1"/>
                <w:sz w:val="18"/>
                <w:szCs w:val="18"/>
                <w:lang w:val="pl-PL"/>
              </w:rPr>
              <w:t>CEiIDG</w:t>
            </w:r>
            <w:proofErr w:type="spellEnd"/>
            <w:r w:rsidRPr="00F94A66">
              <w:rPr>
                <w:rFonts w:ascii="Tahoma" w:hAnsi="Tahoma" w:cs="Tahoma"/>
                <w:i/>
                <w:iCs/>
                <w:color w:val="000000" w:themeColor="text1"/>
                <w:sz w:val="18"/>
                <w:szCs w:val="18"/>
                <w:lang w:val="pl-PL"/>
              </w:rPr>
              <w:t xml:space="preserve">) i </w:t>
            </w:r>
            <w:r w:rsidR="00223168">
              <w:rPr>
                <w:rFonts w:ascii="Tahoma" w:hAnsi="Tahoma" w:cs="Tahoma"/>
                <w:i/>
                <w:iCs/>
                <w:color w:val="000000" w:themeColor="text1"/>
                <w:sz w:val="18"/>
                <w:szCs w:val="18"/>
                <w:lang w:val="pl-PL"/>
              </w:rPr>
              <w:t xml:space="preserve">czy </w:t>
            </w:r>
            <w:r w:rsidRPr="00F94A66">
              <w:rPr>
                <w:rFonts w:ascii="Tahoma" w:hAnsi="Tahoma" w:cs="Tahoma"/>
                <w:i/>
                <w:iCs/>
                <w:color w:val="000000" w:themeColor="text1"/>
                <w:sz w:val="18"/>
                <w:szCs w:val="18"/>
                <w:lang w:val="pl-PL"/>
              </w:rPr>
              <w:t xml:space="preserve">zakład produkcyjny oferowanych stołów do tenisa stołowego znajduje się na terytorium Polski oraz, </w:t>
            </w:r>
            <w:r w:rsidR="005953BD">
              <w:rPr>
                <w:rFonts w:ascii="Tahoma" w:hAnsi="Tahoma" w:cs="Tahoma"/>
                <w:i/>
                <w:iCs/>
                <w:color w:val="000000" w:themeColor="text1"/>
                <w:sz w:val="18"/>
                <w:szCs w:val="18"/>
                <w:lang w:val="pl-PL"/>
              </w:rPr>
              <w:t>czy</w:t>
            </w:r>
            <w:r w:rsidRPr="00F94A66">
              <w:rPr>
                <w:rFonts w:ascii="Tahoma" w:hAnsi="Tahoma" w:cs="Tahoma"/>
                <w:i/>
                <w:iCs/>
                <w:color w:val="000000" w:themeColor="text1"/>
                <w:sz w:val="18"/>
                <w:szCs w:val="18"/>
                <w:lang w:val="pl-PL"/>
              </w:rPr>
              <w:t xml:space="preserve"> </w:t>
            </w:r>
            <w:r w:rsidR="00BF7E9C">
              <w:rPr>
                <w:rFonts w:ascii="Tahoma" w:hAnsi="Tahoma" w:cs="Tahoma"/>
                <w:i/>
                <w:iCs/>
                <w:color w:val="000000" w:themeColor="text1"/>
                <w:sz w:val="18"/>
                <w:szCs w:val="18"/>
                <w:lang w:val="pl-PL"/>
              </w:rPr>
              <w:t xml:space="preserve">Wykonawca </w:t>
            </w:r>
            <w:r w:rsidRPr="00F94A66">
              <w:rPr>
                <w:rFonts w:ascii="Tahoma" w:hAnsi="Tahoma" w:cs="Tahoma"/>
                <w:i/>
                <w:iCs/>
                <w:color w:val="000000" w:themeColor="text1"/>
                <w:sz w:val="18"/>
                <w:szCs w:val="18"/>
                <w:lang w:val="pl-PL"/>
              </w:rPr>
              <w:t>prowadzi nieprzerwaną działalność gospodarczą na terytorium Polski od co najmniej 3 lat</w:t>
            </w:r>
          </w:p>
        </w:tc>
        <w:tc>
          <w:tcPr>
            <w:tcW w:w="4819" w:type="dxa"/>
            <w:vAlign w:val="center"/>
          </w:tcPr>
          <w:p w14:paraId="52EB917A" w14:textId="5DADE9AB" w:rsidR="00852B84" w:rsidRPr="00F94A66" w:rsidRDefault="00852B84" w:rsidP="001B0790">
            <w:pPr>
              <w:rPr>
                <w:rFonts w:ascii="Tahoma" w:hAnsi="Tahoma" w:cs="Tahoma"/>
                <w:i/>
                <w:iCs/>
                <w:color w:val="000000" w:themeColor="text1"/>
                <w:sz w:val="18"/>
                <w:szCs w:val="18"/>
                <w:lang w:val="pl-PL"/>
              </w:rPr>
            </w:pPr>
          </w:p>
        </w:tc>
      </w:tr>
      <w:tr w:rsidR="00745AC3" w:rsidRPr="007046F4" w14:paraId="4F837B16" w14:textId="77777777" w:rsidTr="001B0790">
        <w:tc>
          <w:tcPr>
            <w:tcW w:w="4252" w:type="dxa"/>
            <w:vAlign w:val="center"/>
          </w:tcPr>
          <w:p w14:paraId="76479B19" w14:textId="77777777" w:rsidR="00745AC3" w:rsidRDefault="00503079" w:rsidP="001B0790">
            <w:pPr>
              <w:rPr>
                <w:rFonts w:ascii="Tahoma" w:hAnsi="Tahoma" w:cs="Tahoma"/>
                <w:sz w:val="18"/>
                <w:szCs w:val="18"/>
                <w:lang w:val="pl-PL"/>
              </w:rPr>
            </w:pPr>
            <w:r>
              <w:rPr>
                <w:rFonts w:ascii="Tahoma" w:hAnsi="Tahoma" w:cs="Tahoma"/>
                <w:sz w:val="18"/>
                <w:szCs w:val="18"/>
                <w:lang w:val="pl-PL"/>
              </w:rPr>
              <w:t xml:space="preserve">Kryterium 4. Gwarancja </w:t>
            </w:r>
          </w:p>
          <w:p w14:paraId="4A323AAB" w14:textId="77777777" w:rsidR="00503079" w:rsidRPr="00F14CD2" w:rsidRDefault="00503079" w:rsidP="001B0790">
            <w:pPr>
              <w:rPr>
                <w:rFonts w:ascii="Tahoma" w:hAnsi="Tahoma" w:cs="Tahoma"/>
                <w:i/>
                <w:iCs/>
                <w:sz w:val="18"/>
                <w:szCs w:val="18"/>
                <w:lang w:val="pl-PL"/>
              </w:rPr>
            </w:pPr>
          </w:p>
          <w:p w14:paraId="55279ADD" w14:textId="33F1D345" w:rsidR="00503079" w:rsidRPr="00DF507B" w:rsidRDefault="00503079" w:rsidP="00F14CD2">
            <w:pPr>
              <w:jc w:val="both"/>
              <w:rPr>
                <w:rFonts w:ascii="Tahoma" w:hAnsi="Tahoma" w:cs="Tahoma"/>
                <w:sz w:val="18"/>
                <w:szCs w:val="18"/>
                <w:lang w:val="pl-PL"/>
              </w:rPr>
            </w:pPr>
            <w:r w:rsidRPr="00F14CD2">
              <w:rPr>
                <w:rFonts w:ascii="Tahoma" w:hAnsi="Tahoma" w:cs="Tahoma"/>
                <w:i/>
                <w:iCs/>
                <w:sz w:val="18"/>
                <w:szCs w:val="18"/>
                <w:lang w:val="pl-PL"/>
              </w:rPr>
              <w:t xml:space="preserve">należy </w:t>
            </w:r>
            <w:r w:rsidR="0039699C" w:rsidRPr="00F14CD2">
              <w:rPr>
                <w:rFonts w:ascii="Tahoma" w:hAnsi="Tahoma" w:cs="Tahoma"/>
                <w:i/>
                <w:iCs/>
                <w:sz w:val="18"/>
                <w:szCs w:val="18"/>
                <w:lang w:val="pl-PL"/>
              </w:rPr>
              <w:t>wskazać</w:t>
            </w:r>
            <w:r w:rsidRPr="00F14CD2">
              <w:rPr>
                <w:rFonts w:ascii="Tahoma" w:hAnsi="Tahoma" w:cs="Tahoma"/>
                <w:i/>
                <w:iCs/>
                <w:sz w:val="18"/>
                <w:szCs w:val="18"/>
                <w:lang w:val="pl-PL"/>
              </w:rPr>
              <w:t xml:space="preserve"> jaki </w:t>
            </w:r>
            <w:r w:rsidR="0039699C" w:rsidRPr="00F14CD2">
              <w:rPr>
                <w:rFonts w:ascii="Tahoma" w:hAnsi="Tahoma" w:cs="Tahoma"/>
                <w:i/>
                <w:iCs/>
                <w:sz w:val="18"/>
                <w:szCs w:val="18"/>
                <w:lang w:val="pl-PL"/>
              </w:rPr>
              <w:t xml:space="preserve">okres </w:t>
            </w:r>
            <w:r w:rsidR="00F14CD2" w:rsidRPr="00F14CD2">
              <w:rPr>
                <w:rFonts w:ascii="Tahoma" w:hAnsi="Tahoma" w:cs="Tahoma"/>
                <w:i/>
                <w:iCs/>
                <w:sz w:val="18"/>
                <w:szCs w:val="18"/>
                <w:lang w:val="pl-PL"/>
              </w:rPr>
              <w:t xml:space="preserve">gwarancji </w:t>
            </w:r>
            <w:r w:rsidR="0039699C" w:rsidRPr="00F14CD2">
              <w:rPr>
                <w:rFonts w:ascii="Tahoma" w:hAnsi="Tahoma" w:cs="Tahoma"/>
                <w:i/>
                <w:iCs/>
                <w:sz w:val="18"/>
                <w:szCs w:val="18"/>
                <w:lang w:val="pl-PL"/>
              </w:rPr>
              <w:t xml:space="preserve">na dostarczany </w:t>
            </w:r>
            <w:r w:rsidR="007046F4">
              <w:rPr>
                <w:rFonts w:ascii="Tahoma" w:hAnsi="Tahoma" w:cs="Tahoma"/>
                <w:i/>
                <w:iCs/>
                <w:sz w:val="18"/>
                <w:szCs w:val="18"/>
                <w:lang w:val="pl-PL"/>
              </w:rPr>
              <w:t>przedmiot zamówienia</w:t>
            </w:r>
            <w:r w:rsidR="0039699C" w:rsidRPr="00F14CD2">
              <w:rPr>
                <w:rFonts w:ascii="Tahoma" w:hAnsi="Tahoma" w:cs="Tahoma"/>
                <w:i/>
                <w:iCs/>
                <w:sz w:val="18"/>
                <w:szCs w:val="18"/>
                <w:lang w:val="pl-PL"/>
              </w:rPr>
              <w:t xml:space="preserve"> oferuje </w:t>
            </w:r>
            <w:r w:rsidR="00F14CD2" w:rsidRPr="00F14CD2">
              <w:rPr>
                <w:rFonts w:ascii="Tahoma" w:hAnsi="Tahoma" w:cs="Tahoma"/>
                <w:i/>
                <w:iCs/>
                <w:sz w:val="18"/>
                <w:szCs w:val="18"/>
                <w:lang w:val="pl-PL"/>
              </w:rPr>
              <w:t>Wykonawca (w miesiącach)</w:t>
            </w:r>
          </w:p>
        </w:tc>
        <w:tc>
          <w:tcPr>
            <w:tcW w:w="4819" w:type="dxa"/>
            <w:vAlign w:val="center"/>
          </w:tcPr>
          <w:p w14:paraId="6B6CFF1A" w14:textId="77777777" w:rsidR="00745AC3" w:rsidRPr="00F94A66" w:rsidRDefault="00745AC3" w:rsidP="001B0790">
            <w:pPr>
              <w:rPr>
                <w:rFonts w:ascii="Tahoma" w:hAnsi="Tahoma" w:cs="Tahoma"/>
                <w:i/>
                <w:iCs/>
                <w:color w:val="000000" w:themeColor="text1"/>
                <w:sz w:val="18"/>
                <w:szCs w:val="18"/>
                <w:lang w:val="pl-PL"/>
              </w:rPr>
            </w:pPr>
          </w:p>
        </w:tc>
      </w:tr>
    </w:tbl>
    <w:p w14:paraId="36FC2173" w14:textId="77777777" w:rsidR="00172EFF" w:rsidRPr="00715026" w:rsidRDefault="00172EFF" w:rsidP="00715026">
      <w:pPr>
        <w:rPr>
          <w:lang w:val="pl-PL"/>
        </w:rPr>
      </w:pPr>
    </w:p>
    <w:p w14:paraId="16273374" w14:textId="05A828F0" w:rsidR="00B8527E" w:rsidRPr="00247888" w:rsidRDefault="00B8527E" w:rsidP="00715026">
      <w:pPr>
        <w:pStyle w:val="Nagwek1"/>
        <w:rPr>
          <w:rFonts w:ascii="Tahoma" w:hAnsi="Tahoma" w:cs="Tahoma"/>
          <w:color w:val="000000" w:themeColor="text1"/>
          <w:lang w:val="pl-PL"/>
        </w:rPr>
      </w:pPr>
    </w:p>
    <w:p w14:paraId="78EDA83A" w14:textId="77777777" w:rsidR="00B8527E" w:rsidRPr="00247888" w:rsidRDefault="00B8527E">
      <w:pPr>
        <w:rPr>
          <w:rFonts w:ascii="Tahoma" w:hAnsi="Tahoma" w:cs="Tahoma"/>
          <w:color w:val="000000" w:themeColor="text1"/>
          <w:lang w:val="pl-PL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4252"/>
        <w:gridCol w:w="4819"/>
      </w:tblGrid>
      <w:tr w:rsidR="00B8527E" w:rsidRPr="007046F4" w14:paraId="529E29FC" w14:textId="77777777" w:rsidTr="00715026">
        <w:tc>
          <w:tcPr>
            <w:tcW w:w="4252" w:type="dxa"/>
            <w:shd w:val="clear" w:color="auto" w:fill="BFBFBF" w:themeFill="background1" w:themeFillShade="BF"/>
            <w:vAlign w:val="center"/>
          </w:tcPr>
          <w:p w14:paraId="505BB706" w14:textId="77777777" w:rsidR="00B8527E" w:rsidRPr="00247888" w:rsidRDefault="00935F89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247888">
              <w:rPr>
                <w:rFonts w:ascii="Tahoma" w:hAnsi="Tahoma" w:cs="Tahoma"/>
                <w:b/>
                <w:color w:val="000000" w:themeColor="text1"/>
                <w:sz w:val="18"/>
                <w:lang w:val="pl-PL"/>
              </w:rPr>
              <w:t>Miejscowość i data</w:t>
            </w:r>
          </w:p>
        </w:tc>
        <w:tc>
          <w:tcPr>
            <w:tcW w:w="4819" w:type="dxa"/>
            <w:shd w:val="clear" w:color="auto" w:fill="BFBFBF" w:themeFill="background1" w:themeFillShade="BF"/>
            <w:vAlign w:val="center"/>
          </w:tcPr>
          <w:p w14:paraId="6989480E" w14:textId="77777777" w:rsidR="00B8527E" w:rsidRPr="00247888" w:rsidRDefault="00935F89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247888">
              <w:rPr>
                <w:rFonts w:ascii="Tahoma" w:hAnsi="Tahoma" w:cs="Tahoma"/>
                <w:b/>
                <w:color w:val="000000" w:themeColor="text1"/>
                <w:sz w:val="18"/>
                <w:lang w:val="pl-PL"/>
              </w:rPr>
              <w:t>Podpis osoby uprawnionej do reprezentacji wykonawcy</w:t>
            </w:r>
          </w:p>
        </w:tc>
      </w:tr>
      <w:tr w:rsidR="00B8527E" w:rsidRPr="007046F4" w14:paraId="5C8EE2FC" w14:textId="77777777">
        <w:tc>
          <w:tcPr>
            <w:tcW w:w="4252" w:type="dxa"/>
            <w:vAlign w:val="center"/>
          </w:tcPr>
          <w:p w14:paraId="18BD8DC7" w14:textId="24C7881C" w:rsidR="00B8527E" w:rsidRPr="00247888" w:rsidRDefault="00B8527E">
            <w:p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4819" w:type="dxa"/>
            <w:vAlign w:val="center"/>
          </w:tcPr>
          <w:p w14:paraId="3AF4CDFB" w14:textId="15BD7117" w:rsidR="00B8527E" w:rsidRPr="00247888" w:rsidRDefault="00B8527E">
            <w:p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</w:tr>
    </w:tbl>
    <w:p w14:paraId="70A6BE5A" w14:textId="77777777" w:rsidR="00563193" w:rsidRPr="00247888" w:rsidRDefault="00563193">
      <w:pPr>
        <w:rPr>
          <w:rFonts w:ascii="Tahoma" w:hAnsi="Tahoma" w:cs="Tahoma"/>
          <w:color w:val="000000" w:themeColor="text1"/>
          <w:lang w:val="pl-PL"/>
        </w:rPr>
      </w:pPr>
    </w:p>
    <w:sectPr w:rsidR="00563193" w:rsidRPr="00247888" w:rsidSect="00034616">
      <w:footerReference w:type="default" r:id="rId11"/>
      <w:pgSz w:w="12240" w:h="15840"/>
      <w:pgMar w:top="964" w:right="1020" w:bottom="964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D5218" w14:textId="77777777" w:rsidR="00BF3AC6" w:rsidRDefault="00BF3AC6">
      <w:pPr>
        <w:spacing w:after="0" w:line="240" w:lineRule="auto"/>
      </w:pPr>
      <w:r>
        <w:separator/>
      </w:r>
    </w:p>
  </w:endnote>
  <w:endnote w:type="continuationSeparator" w:id="0">
    <w:p w14:paraId="406BC834" w14:textId="77777777" w:rsidR="00BF3AC6" w:rsidRDefault="00BF3A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7027422"/>
      <w:docPartObj>
        <w:docPartGallery w:val="Page Numbers (Bottom of Page)"/>
        <w:docPartUnique/>
      </w:docPartObj>
    </w:sdtPr>
    <w:sdtEndPr/>
    <w:sdtContent>
      <w:p w14:paraId="26468E08" w14:textId="4970EA32" w:rsidR="00DB34B5" w:rsidRDefault="00DB34B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4EE3B6CF" w14:textId="77777777" w:rsidR="00B8527E" w:rsidRDefault="00B8527E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294F1" w14:textId="77777777" w:rsidR="00BF3AC6" w:rsidRDefault="00BF3AC6">
      <w:pPr>
        <w:spacing w:after="0" w:line="240" w:lineRule="auto"/>
      </w:pPr>
      <w:r>
        <w:separator/>
      </w:r>
    </w:p>
  </w:footnote>
  <w:footnote w:type="continuationSeparator" w:id="0">
    <w:p w14:paraId="7BEBBAD0" w14:textId="77777777" w:rsidR="00BF3AC6" w:rsidRDefault="00BF3A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DCF459A"/>
    <w:multiLevelType w:val="hybridMultilevel"/>
    <w:tmpl w:val="BA6687AA"/>
    <w:lvl w:ilvl="0" w:tplc="3ECEDE60">
      <w:start w:val="3"/>
      <w:numFmt w:val="bullet"/>
      <w:lvlText w:val="•"/>
      <w:lvlJc w:val="left"/>
      <w:pPr>
        <w:ind w:left="530" w:hanging="360"/>
      </w:pPr>
      <w:rPr>
        <w:rFonts w:ascii="Tahoma" w:eastAsiaTheme="minorEastAsia" w:hAnsi="Tahoma" w:cs="Tahoma" w:hint="default"/>
      </w:rPr>
    </w:lvl>
    <w:lvl w:ilvl="1" w:tplc="0415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0" w15:restartNumberingAfterBreak="0">
    <w:nsid w:val="31251868"/>
    <w:multiLevelType w:val="multilevel"/>
    <w:tmpl w:val="8A649506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Arial" w:hint="default"/>
        <w:b w:val="0"/>
        <w:i w:val="0"/>
        <w:sz w:val="22"/>
        <w:szCs w:val="22"/>
        <w:lang w:val="x-none"/>
      </w:rPr>
    </w:lvl>
    <w:lvl w:ilvl="1">
      <w:start w:val="1"/>
      <w:numFmt w:val="decimal"/>
      <w:lvlText w:val="%2)"/>
      <w:lvlJc w:val="left"/>
      <w:pPr>
        <w:ind w:left="786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color w:val="auto"/>
        <w:sz w:val="18"/>
        <w:szCs w:val="22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242143"/>
    <w:multiLevelType w:val="hybridMultilevel"/>
    <w:tmpl w:val="8478892A"/>
    <w:lvl w:ilvl="0" w:tplc="3ECEDE60">
      <w:start w:val="3"/>
      <w:numFmt w:val="bullet"/>
      <w:lvlText w:val="•"/>
      <w:lvlJc w:val="left"/>
      <w:pPr>
        <w:ind w:left="700" w:hanging="360"/>
      </w:pPr>
      <w:rPr>
        <w:rFonts w:ascii="Tahoma" w:eastAsiaTheme="minorEastAsia" w:hAnsi="Tahoma" w:cs="Tahoma" w:hint="default"/>
      </w:rPr>
    </w:lvl>
    <w:lvl w:ilvl="1" w:tplc="0415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2" w15:restartNumberingAfterBreak="0">
    <w:nsid w:val="6BF03568"/>
    <w:multiLevelType w:val="hybridMultilevel"/>
    <w:tmpl w:val="273C7B8E"/>
    <w:lvl w:ilvl="0" w:tplc="3ECEDE60">
      <w:start w:val="3"/>
      <w:numFmt w:val="bullet"/>
      <w:lvlText w:val="•"/>
      <w:lvlJc w:val="left"/>
      <w:pPr>
        <w:ind w:left="700" w:hanging="360"/>
      </w:pPr>
      <w:rPr>
        <w:rFonts w:ascii="Tahoma" w:eastAsiaTheme="minorEastAsia" w:hAnsi="Tahoma" w:cs="Tahoma" w:hint="default"/>
      </w:rPr>
    </w:lvl>
    <w:lvl w:ilvl="1" w:tplc="0415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3" w15:restartNumberingAfterBreak="0">
    <w:nsid w:val="7F134BEF"/>
    <w:multiLevelType w:val="hybridMultilevel"/>
    <w:tmpl w:val="9324667E"/>
    <w:lvl w:ilvl="0" w:tplc="0415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630136315">
    <w:abstractNumId w:val="8"/>
  </w:num>
  <w:num w:numId="2" w16cid:durableId="1963149567">
    <w:abstractNumId w:val="6"/>
  </w:num>
  <w:num w:numId="3" w16cid:durableId="1183982943">
    <w:abstractNumId w:val="5"/>
  </w:num>
  <w:num w:numId="4" w16cid:durableId="135025437">
    <w:abstractNumId w:val="4"/>
  </w:num>
  <w:num w:numId="5" w16cid:durableId="408770584">
    <w:abstractNumId w:val="7"/>
  </w:num>
  <w:num w:numId="6" w16cid:durableId="1366294997">
    <w:abstractNumId w:val="3"/>
  </w:num>
  <w:num w:numId="7" w16cid:durableId="1385759263">
    <w:abstractNumId w:val="2"/>
  </w:num>
  <w:num w:numId="8" w16cid:durableId="424957753">
    <w:abstractNumId w:val="1"/>
  </w:num>
  <w:num w:numId="9" w16cid:durableId="602226269">
    <w:abstractNumId w:val="0"/>
  </w:num>
  <w:num w:numId="10" w16cid:durableId="1684162701">
    <w:abstractNumId w:val="13"/>
  </w:num>
  <w:num w:numId="11" w16cid:durableId="586618274">
    <w:abstractNumId w:val="9"/>
  </w:num>
  <w:num w:numId="12" w16cid:durableId="1230264101">
    <w:abstractNumId w:val="12"/>
  </w:num>
  <w:num w:numId="13" w16cid:durableId="1739553461">
    <w:abstractNumId w:val="11"/>
  </w:num>
  <w:num w:numId="14" w16cid:durableId="3677282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4259"/>
    <w:rsid w:val="0015074B"/>
    <w:rsid w:val="0017053B"/>
    <w:rsid w:val="00172EFF"/>
    <w:rsid w:val="00182690"/>
    <w:rsid w:val="001C6284"/>
    <w:rsid w:val="001D2621"/>
    <w:rsid w:val="00220E9D"/>
    <w:rsid w:val="00223168"/>
    <w:rsid w:val="00247888"/>
    <w:rsid w:val="00260CBE"/>
    <w:rsid w:val="0029639D"/>
    <w:rsid w:val="002D5D2F"/>
    <w:rsid w:val="00310E81"/>
    <w:rsid w:val="00326F90"/>
    <w:rsid w:val="00352A0F"/>
    <w:rsid w:val="00393261"/>
    <w:rsid w:val="0039699C"/>
    <w:rsid w:val="003D1C2C"/>
    <w:rsid w:val="00400DB3"/>
    <w:rsid w:val="004D18DC"/>
    <w:rsid w:val="004F3AC6"/>
    <w:rsid w:val="00503079"/>
    <w:rsid w:val="00536C33"/>
    <w:rsid w:val="00563193"/>
    <w:rsid w:val="00571435"/>
    <w:rsid w:val="005834BF"/>
    <w:rsid w:val="005953BD"/>
    <w:rsid w:val="005A046B"/>
    <w:rsid w:val="00640E0D"/>
    <w:rsid w:val="00675A18"/>
    <w:rsid w:val="00684BA9"/>
    <w:rsid w:val="00695A9D"/>
    <w:rsid w:val="006E6B63"/>
    <w:rsid w:val="00702F28"/>
    <w:rsid w:val="007046F4"/>
    <w:rsid w:val="00715026"/>
    <w:rsid w:val="00745AC3"/>
    <w:rsid w:val="0075102B"/>
    <w:rsid w:val="00755F1B"/>
    <w:rsid w:val="007F6FFE"/>
    <w:rsid w:val="00803833"/>
    <w:rsid w:val="00852B84"/>
    <w:rsid w:val="008B4AA1"/>
    <w:rsid w:val="008C37A1"/>
    <w:rsid w:val="008C5ACF"/>
    <w:rsid w:val="008E766C"/>
    <w:rsid w:val="00935914"/>
    <w:rsid w:val="00935F89"/>
    <w:rsid w:val="00937B05"/>
    <w:rsid w:val="009D7AD4"/>
    <w:rsid w:val="00A96EC9"/>
    <w:rsid w:val="00A9786A"/>
    <w:rsid w:val="00AA1C03"/>
    <w:rsid w:val="00AA1D8D"/>
    <w:rsid w:val="00AB2447"/>
    <w:rsid w:val="00AD5B2A"/>
    <w:rsid w:val="00AF7FF9"/>
    <w:rsid w:val="00B00349"/>
    <w:rsid w:val="00B01FD1"/>
    <w:rsid w:val="00B47730"/>
    <w:rsid w:val="00B64EFF"/>
    <w:rsid w:val="00B77401"/>
    <w:rsid w:val="00B815D2"/>
    <w:rsid w:val="00B8527E"/>
    <w:rsid w:val="00BB28A0"/>
    <w:rsid w:val="00BD79E7"/>
    <w:rsid w:val="00BE0354"/>
    <w:rsid w:val="00BE5D75"/>
    <w:rsid w:val="00BF3AC6"/>
    <w:rsid w:val="00BF7E9C"/>
    <w:rsid w:val="00C121FB"/>
    <w:rsid w:val="00C15A85"/>
    <w:rsid w:val="00CB0664"/>
    <w:rsid w:val="00D17F09"/>
    <w:rsid w:val="00D5728B"/>
    <w:rsid w:val="00D64116"/>
    <w:rsid w:val="00DB34B5"/>
    <w:rsid w:val="00DF507B"/>
    <w:rsid w:val="00E12BF9"/>
    <w:rsid w:val="00E22CC7"/>
    <w:rsid w:val="00EB0AD9"/>
    <w:rsid w:val="00EC5CCB"/>
    <w:rsid w:val="00F14CD2"/>
    <w:rsid w:val="00F94A66"/>
    <w:rsid w:val="00FB4DD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DAFCDF"/>
  <w14:defaultImageDpi w14:val="300"/>
  <w15:docId w15:val="{3288C7D8-70C4-D746-B3D5-52C9AC475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80" w:line="259" w:lineRule="auto"/>
    </w:pPr>
    <w:rPr>
      <w:rFonts w:ascii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200" w:after="120"/>
      <w:outlineLvl w:val="0"/>
    </w:pPr>
    <w:rPr>
      <w:rFonts w:asciiTheme="majorHAnsi" w:eastAsiaTheme="majorEastAsia" w:hAnsiTheme="majorHAnsi" w:cstheme="majorBidi"/>
      <w:b/>
      <w:bCs/>
      <w:color w:val="000000"/>
      <w:sz w:val="24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b/>
      <w:bCs/>
      <w:color w:val="000000"/>
      <w:sz w:val="2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/>
      <w:sz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Poprawka">
    <w:name w:val="Revision"/>
    <w:hidden/>
    <w:uiPriority w:val="99"/>
    <w:semiHidden/>
    <w:rsid w:val="00C15A85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774AEBA7AA34F8D3728A2ED8B9F1B" ma:contentTypeVersion="18" ma:contentTypeDescription="Utwórz nowy dokument." ma:contentTypeScope="" ma:versionID="323702fb2ade1751700e201f903f5d70">
  <xsd:schema xmlns:xsd="http://www.w3.org/2001/XMLSchema" xmlns:xs="http://www.w3.org/2001/XMLSchema" xmlns:p="http://schemas.microsoft.com/office/2006/metadata/properties" xmlns:ns2="e561e082-20b9-4472-be64-474750a816f4" xmlns:ns3="fddfddeb-52f8-4dea-ad1c-647cf52a9cb1" targetNamespace="http://schemas.microsoft.com/office/2006/metadata/properties" ma:root="true" ma:fieldsID="70500e4baf364dbd6559a7be00071078" ns2:_="" ns3:_="">
    <xsd:import namespace="e561e082-20b9-4472-be64-474750a816f4"/>
    <xsd:import namespace="fddfddeb-52f8-4dea-ad1c-647cf52a9c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61e082-20b9-4472-be64-474750a816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08991631-8133-4821-8300-dfc350df56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fddeb-52f8-4dea-ad1c-647cf52a9cb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617e9b-81c2-46f8-a73e-4bc44a662208}" ma:internalName="TaxCatchAll" ma:showField="CatchAllData" ma:web="fddfddeb-52f8-4dea-ad1c-647cf52a9c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dfddeb-52f8-4dea-ad1c-647cf52a9cb1" xsi:nil="true"/>
    <lcf76f155ced4ddcb4097134ff3c332f xmlns="e561e082-20b9-4472-be64-474750a816f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1E1C559-92A6-45D0-99E3-6014686DE3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61e082-20b9-4472-be64-474750a816f4"/>
    <ds:schemaRef ds:uri="fddfddeb-52f8-4dea-ad1c-647cf52a9c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48A126-CEB9-4463-8F10-76BAEECBED22}">
  <ds:schemaRefs>
    <ds:schemaRef ds:uri="http://schemas.microsoft.com/office/2006/metadata/properties"/>
    <ds:schemaRef ds:uri="http://schemas.microsoft.com/office/infopath/2007/PartnerControls"/>
    <ds:schemaRef ds:uri="fddfddeb-52f8-4dea-ad1c-647cf52a9cb1"/>
    <ds:schemaRef ds:uri="e561e082-20b9-4472-be64-474750a816f4"/>
  </ds:schemaRefs>
</ds:datastoreItem>
</file>

<file path=customXml/itemProps3.xml><?xml version="1.0" encoding="utf-8"?>
<ds:datastoreItem xmlns:ds="http://schemas.openxmlformats.org/officeDocument/2006/customXml" ds:itemID="{822DE737-1E37-4364-B4B3-64AAC44CF93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709</Words>
  <Characters>4254</Characters>
  <Application>Microsoft Office Word</Application>
  <DocSecurity>4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4954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[EXT] Filochowska Justyna [Fundacja TS]</cp:lastModifiedBy>
  <cp:revision>2</cp:revision>
  <dcterms:created xsi:type="dcterms:W3CDTF">2026-08-19T13:01:00Z</dcterms:created>
  <dcterms:modified xsi:type="dcterms:W3CDTF">2026-08-19T13:01:00Z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0x01010056B774AEBA7AA34F8D3728A2ED8B9F1B</vt:lpwstr>
  </property>
  <property fmtid="{D5CDD505-2E9C-101B-9397-08002B2CF9AE}" pid="3" name="MediaServiceImageTags">
    <vt:lpwstr/>
  </property>
</Properties>
</file>