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2757" w14:textId="6902D0B6" w:rsidR="00713C6F" w:rsidRDefault="00713C6F" w:rsidP="00713C6F">
      <w:pPr>
        <w:rPr>
          <w:rFonts w:ascii="Tahoma" w:hAnsi="Tahoma" w:cs="Tahoma"/>
          <w:sz w:val="18"/>
          <w:szCs w:val="20"/>
          <w:lang w:val="pl-PL"/>
        </w:rPr>
      </w:pPr>
      <w:r w:rsidRPr="00715026">
        <w:rPr>
          <w:rFonts w:ascii="Tahoma" w:hAnsi="Tahoma" w:cs="Tahoma"/>
          <w:sz w:val="18"/>
          <w:szCs w:val="20"/>
          <w:lang w:val="pl-PL"/>
        </w:rPr>
        <w:t xml:space="preserve">Załącznik nr </w:t>
      </w:r>
      <w:r w:rsidR="00715B9A">
        <w:rPr>
          <w:rFonts w:ascii="Tahoma" w:hAnsi="Tahoma" w:cs="Tahoma"/>
          <w:iCs/>
          <w:color w:val="000000" w:themeColor="text1"/>
          <w:lang w:val="pl-PL"/>
        </w:rPr>
        <w:t xml:space="preserve">4 </w:t>
      </w:r>
      <w:r w:rsidRPr="00715026">
        <w:rPr>
          <w:rFonts w:ascii="Tahoma" w:hAnsi="Tahoma" w:cs="Tahoma"/>
          <w:sz w:val="18"/>
          <w:szCs w:val="20"/>
          <w:lang w:val="pl-PL"/>
        </w:rPr>
        <w:t>do Ogłoszenia</w:t>
      </w:r>
    </w:p>
    <w:p w14:paraId="12098627" w14:textId="77777777" w:rsidR="00713C6F" w:rsidRPr="00715026" w:rsidRDefault="00713C6F" w:rsidP="00713C6F">
      <w:pPr>
        <w:rPr>
          <w:rFonts w:ascii="Tahoma" w:hAnsi="Tahoma" w:cs="Tahoma"/>
          <w:sz w:val="18"/>
          <w:szCs w:val="20"/>
          <w:lang w:val="pl-PL"/>
        </w:rPr>
      </w:pPr>
    </w:p>
    <w:p w14:paraId="52A29712" w14:textId="3155F090" w:rsidR="00F13264" w:rsidRPr="002929B2" w:rsidRDefault="00A36DE5">
      <w:pPr>
        <w:jc w:val="center"/>
        <w:rPr>
          <w:rFonts w:ascii="Tahoma" w:hAnsi="Tahoma" w:cs="Tahoma"/>
          <w:color w:val="000000" w:themeColor="text1"/>
          <w:lang w:val="pl-PL"/>
        </w:rPr>
      </w:pPr>
      <w:r w:rsidRPr="002929B2">
        <w:rPr>
          <w:rFonts w:ascii="Tahoma" w:hAnsi="Tahoma" w:cs="Tahoma"/>
          <w:b/>
          <w:color w:val="000000" w:themeColor="text1"/>
          <w:sz w:val="22"/>
          <w:lang w:val="pl-PL"/>
        </w:rPr>
        <w:t xml:space="preserve">Wykaz </w:t>
      </w:r>
      <w:r w:rsidR="00715B9A">
        <w:rPr>
          <w:rFonts w:ascii="Tahoma" w:hAnsi="Tahoma" w:cs="Tahoma"/>
          <w:b/>
          <w:color w:val="000000" w:themeColor="text1"/>
          <w:sz w:val="22"/>
          <w:lang w:val="pl-PL"/>
        </w:rPr>
        <w:t>dostaw</w:t>
      </w:r>
    </w:p>
    <w:p w14:paraId="5253FE90" w14:textId="3E29EFEA" w:rsidR="004749A6" w:rsidRPr="00247888" w:rsidRDefault="004749A6" w:rsidP="004749A6">
      <w:pPr>
        <w:rPr>
          <w:rFonts w:ascii="Tahoma" w:hAnsi="Tahoma" w:cs="Tahoma"/>
          <w:color w:val="000000" w:themeColor="text1"/>
          <w:lang w:val="pl-PL"/>
        </w:rPr>
      </w:pPr>
      <w:r w:rsidRPr="00715026">
        <w:rPr>
          <w:rFonts w:ascii="Tahoma" w:hAnsi="Tahoma" w:cs="Tahoma"/>
          <w:b/>
          <w:bCs/>
          <w:iCs/>
          <w:color w:val="000000" w:themeColor="text1"/>
          <w:lang w:val="pl-PL"/>
        </w:rPr>
        <w:t xml:space="preserve">Dotyczy postępowania </w:t>
      </w:r>
      <w:r w:rsidR="0023444B" w:rsidRPr="002E5B0B">
        <w:rPr>
          <w:rFonts w:ascii="Tahoma" w:hAnsi="Tahoma" w:cs="Tahoma"/>
          <w:b/>
          <w:sz w:val="22"/>
          <w:lang w:val="pl-PL"/>
        </w:rPr>
        <w:t xml:space="preserve">na </w:t>
      </w:r>
      <w:r w:rsidR="0023444B" w:rsidRPr="002E5B0B">
        <w:rPr>
          <w:rFonts w:ascii="Tahoma" w:hAnsi="Tahoma" w:cs="Tahoma"/>
          <w:b/>
          <w:bCs/>
          <w:lang w:val="pl-PL"/>
        </w:rPr>
        <w:t>dostawy maksymalnie 1750 stołów do tenisa stołowego wraz z podstawowym wyposażeniem w ramach Programu „Pierwszy Serw”</w:t>
      </w:r>
      <w:r w:rsidR="0023444B">
        <w:rPr>
          <w:rFonts w:ascii="Tahoma" w:hAnsi="Tahoma" w:cs="Tahoma"/>
          <w:b/>
          <w:bCs/>
          <w:lang w:val="pl-PL"/>
        </w:rPr>
        <w:t xml:space="preserve"> </w:t>
      </w:r>
      <w:r>
        <w:rPr>
          <w:rFonts w:ascii="Tahoma" w:hAnsi="Tahoma" w:cs="Tahoma"/>
          <w:iCs/>
          <w:color w:val="000000" w:themeColor="text1"/>
          <w:lang w:val="pl-PL"/>
        </w:rPr>
        <w:t>(„</w:t>
      </w:r>
      <w:r w:rsidRPr="00715026">
        <w:rPr>
          <w:rFonts w:ascii="Tahoma" w:hAnsi="Tahoma" w:cs="Tahoma"/>
          <w:b/>
          <w:bCs/>
          <w:iCs/>
          <w:color w:val="000000" w:themeColor="text1"/>
          <w:lang w:val="pl-PL"/>
        </w:rPr>
        <w:t>Postępowanie</w:t>
      </w:r>
      <w:r>
        <w:rPr>
          <w:rFonts w:ascii="Tahoma" w:hAnsi="Tahoma" w:cs="Tahoma"/>
          <w:iCs/>
          <w:color w:val="000000" w:themeColor="text1"/>
          <w:lang w:val="pl-PL"/>
        </w:rPr>
        <w:t>”), którego ogłoszenie zostało opublikowane w dniu</w:t>
      </w:r>
      <w:r w:rsidRPr="00247888">
        <w:rPr>
          <w:rFonts w:ascii="Tahoma" w:hAnsi="Tahoma" w:cs="Tahoma"/>
          <w:i/>
          <w:color w:val="000000" w:themeColor="text1"/>
          <w:lang w:val="pl-PL"/>
        </w:rPr>
        <w:t xml:space="preserve"> </w:t>
      </w:r>
      <w:r w:rsidR="00234546">
        <w:rPr>
          <w:rFonts w:ascii="Tahoma" w:hAnsi="Tahoma" w:cs="Tahoma"/>
          <w:iCs/>
          <w:color w:val="000000" w:themeColor="text1"/>
          <w:lang w:val="pl-PL"/>
        </w:rPr>
        <w:t xml:space="preserve">20.08.2026 r. </w:t>
      </w:r>
      <w:r>
        <w:rPr>
          <w:rFonts w:ascii="Tahoma" w:hAnsi="Tahoma" w:cs="Tahoma"/>
          <w:iCs/>
          <w:color w:val="000000" w:themeColor="text1"/>
          <w:lang w:val="pl-PL"/>
        </w:rPr>
        <w:t>(„</w:t>
      </w:r>
      <w:r w:rsidRPr="00715026">
        <w:rPr>
          <w:rFonts w:ascii="Tahoma" w:hAnsi="Tahoma" w:cs="Tahoma"/>
          <w:b/>
          <w:bCs/>
          <w:iCs/>
          <w:color w:val="000000" w:themeColor="text1"/>
          <w:lang w:val="pl-PL"/>
        </w:rPr>
        <w:t>Ogłoszenie</w:t>
      </w:r>
      <w:r>
        <w:rPr>
          <w:rFonts w:ascii="Tahoma" w:hAnsi="Tahoma" w:cs="Tahoma"/>
          <w:iCs/>
          <w:color w:val="000000" w:themeColor="text1"/>
          <w:lang w:val="pl-PL"/>
        </w:rPr>
        <w:t>”).</w:t>
      </w:r>
    </w:p>
    <w:p w14:paraId="53679D81" w14:textId="7B3B8D27" w:rsidR="00F13264" w:rsidRPr="004749A6" w:rsidRDefault="00A36DE5" w:rsidP="004749A6">
      <w:pPr>
        <w:jc w:val="both"/>
        <w:rPr>
          <w:rFonts w:ascii="Tahoma" w:hAnsi="Tahoma" w:cs="Tahoma"/>
          <w:bCs/>
          <w:color w:val="000000" w:themeColor="text1"/>
          <w:lang w:val="pl-PL"/>
        </w:rPr>
      </w:pPr>
      <w:r w:rsidRPr="004749A6">
        <w:rPr>
          <w:rFonts w:ascii="Tahoma" w:hAnsi="Tahoma" w:cs="Tahoma"/>
          <w:bCs/>
          <w:color w:val="000000" w:themeColor="text1"/>
          <w:lang w:val="pl-PL"/>
        </w:rPr>
        <w:t xml:space="preserve">W wykazie należy wskazać </w:t>
      </w:r>
      <w:r w:rsidR="002F1D0F">
        <w:rPr>
          <w:rFonts w:ascii="Tahoma" w:hAnsi="Tahoma" w:cs="Tahoma"/>
          <w:bCs/>
          <w:color w:val="000000" w:themeColor="text1"/>
          <w:lang w:val="pl-PL"/>
        </w:rPr>
        <w:t>dostawy</w:t>
      </w:r>
      <w:r w:rsidR="00515C34">
        <w:rPr>
          <w:rFonts w:ascii="Tahoma" w:hAnsi="Tahoma" w:cs="Tahoma"/>
          <w:bCs/>
          <w:color w:val="000000" w:themeColor="text1"/>
          <w:lang w:val="pl-PL"/>
        </w:rPr>
        <w:t xml:space="preserve"> wykonane przez </w:t>
      </w:r>
      <w:r w:rsidR="009D6B6C">
        <w:rPr>
          <w:rFonts w:ascii="Tahoma" w:hAnsi="Tahoma" w:cs="Tahoma"/>
          <w:bCs/>
          <w:color w:val="000000" w:themeColor="text1"/>
          <w:lang w:val="pl-PL"/>
        </w:rPr>
        <w:t>w</w:t>
      </w:r>
      <w:r w:rsidR="00515C34">
        <w:rPr>
          <w:rFonts w:ascii="Tahoma" w:hAnsi="Tahoma" w:cs="Tahoma"/>
          <w:bCs/>
          <w:color w:val="000000" w:themeColor="text1"/>
          <w:lang w:val="pl-PL"/>
        </w:rPr>
        <w:t>ykonawcę oraz</w:t>
      </w:r>
      <w:r w:rsidR="004749A6">
        <w:rPr>
          <w:rFonts w:ascii="Tahoma" w:hAnsi="Tahoma" w:cs="Tahoma"/>
          <w:bCs/>
          <w:color w:val="000000" w:themeColor="text1"/>
          <w:lang w:val="pl-PL"/>
        </w:rPr>
        <w:t xml:space="preserve"> </w:t>
      </w:r>
      <w:r w:rsidRPr="004749A6">
        <w:rPr>
          <w:rFonts w:ascii="Tahoma" w:hAnsi="Tahoma" w:cs="Tahoma"/>
          <w:bCs/>
          <w:color w:val="000000" w:themeColor="text1"/>
          <w:lang w:val="pl-PL"/>
        </w:rPr>
        <w:t xml:space="preserve">potwierdzające spełnianie warunków udziału </w:t>
      </w:r>
      <w:r w:rsidR="004749A6">
        <w:rPr>
          <w:rFonts w:ascii="Tahoma" w:hAnsi="Tahoma" w:cs="Tahoma"/>
          <w:bCs/>
          <w:color w:val="000000" w:themeColor="text1"/>
          <w:lang w:val="pl-PL"/>
        </w:rPr>
        <w:t>w Postępowaniu</w:t>
      </w:r>
      <w:r w:rsidR="002F1D0F">
        <w:rPr>
          <w:rFonts w:ascii="Tahoma" w:hAnsi="Tahoma" w:cs="Tahoma"/>
          <w:bCs/>
          <w:color w:val="000000" w:themeColor="text1"/>
          <w:lang w:val="pl-PL"/>
        </w:rPr>
        <w:t xml:space="preserve">.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600"/>
        <w:gridCol w:w="2015"/>
        <w:gridCol w:w="1134"/>
        <w:gridCol w:w="1418"/>
        <w:gridCol w:w="1559"/>
        <w:gridCol w:w="2126"/>
        <w:gridCol w:w="3447"/>
      </w:tblGrid>
      <w:tr w:rsidR="00934EC5" w:rsidRPr="002929B2" w14:paraId="342A5E19" w14:textId="77777777" w:rsidTr="00D0446F">
        <w:trPr>
          <w:tblHeader/>
        </w:trPr>
        <w:tc>
          <w:tcPr>
            <w:tcW w:w="491" w:type="dxa"/>
            <w:shd w:val="clear" w:color="auto" w:fill="BFBFBF" w:themeFill="background1" w:themeFillShade="BF"/>
            <w:vAlign w:val="center"/>
          </w:tcPr>
          <w:p w14:paraId="491237ED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>Lp.</w:t>
            </w:r>
          </w:p>
        </w:tc>
        <w:tc>
          <w:tcPr>
            <w:tcW w:w="1600" w:type="dxa"/>
            <w:shd w:val="clear" w:color="auto" w:fill="BFBFBF" w:themeFill="background1" w:themeFillShade="BF"/>
            <w:vAlign w:val="center"/>
          </w:tcPr>
          <w:p w14:paraId="5AF865AC" w14:textId="08A9242B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 xml:space="preserve">Zamawiający </w:t>
            </w:r>
          </w:p>
        </w:tc>
        <w:tc>
          <w:tcPr>
            <w:tcW w:w="2015" w:type="dxa"/>
            <w:shd w:val="clear" w:color="auto" w:fill="BFBFBF" w:themeFill="background1" w:themeFillShade="BF"/>
            <w:vAlign w:val="center"/>
          </w:tcPr>
          <w:p w14:paraId="06616AE1" w14:textId="27D9EA8F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>Przedmiot</w:t>
            </w:r>
            <w:r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 xml:space="preserve"> dostaw oraz miejsce jego produkcji*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DAC7F5D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>Termin realizacji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D9EF949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>Wartość brutto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A20A0A4" w14:textId="06CA608F" w:rsidR="00934EC5" w:rsidRPr="004749A6" w:rsidRDefault="00934EC5">
            <w:pPr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>Ilość dostarczonych stołów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45A9E3C" w14:textId="55455520" w:rsidR="00934EC5" w:rsidRPr="004749A6" w:rsidRDefault="00B87BD2">
            <w:pPr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>Miejsce realizacji dostaw (miejsce odbioru)</w:t>
            </w:r>
          </w:p>
        </w:tc>
        <w:tc>
          <w:tcPr>
            <w:tcW w:w="3447" w:type="dxa"/>
            <w:shd w:val="clear" w:color="auto" w:fill="BFBFBF" w:themeFill="background1" w:themeFillShade="BF"/>
            <w:vAlign w:val="center"/>
          </w:tcPr>
          <w:p w14:paraId="06CE51F2" w14:textId="492DFD48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b/>
                <w:color w:val="000000" w:themeColor="text1"/>
                <w:sz w:val="18"/>
                <w:szCs w:val="28"/>
                <w:lang w:val="pl-PL"/>
              </w:rPr>
              <w:t xml:space="preserve">Dowód należytego wykonania </w:t>
            </w:r>
          </w:p>
        </w:tc>
      </w:tr>
      <w:tr w:rsidR="00934EC5" w:rsidRPr="002929B2" w14:paraId="6D99A191" w14:textId="77777777" w:rsidTr="00D0446F">
        <w:tc>
          <w:tcPr>
            <w:tcW w:w="491" w:type="dxa"/>
            <w:vAlign w:val="center"/>
          </w:tcPr>
          <w:p w14:paraId="5868ACDD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  <w:t>1.</w:t>
            </w:r>
          </w:p>
        </w:tc>
        <w:tc>
          <w:tcPr>
            <w:tcW w:w="1600" w:type="dxa"/>
            <w:vAlign w:val="center"/>
          </w:tcPr>
          <w:p w14:paraId="42BC7493" w14:textId="2EB2F4D3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2015" w:type="dxa"/>
            <w:vAlign w:val="center"/>
          </w:tcPr>
          <w:p w14:paraId="52D10085" w14:textId="159F6D34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2AAD090A" w14:textId="55E7B53F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4B408811" w14:textId="64DBE422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1559" w:type="dxa"/>
          </w:tcPr>
          <w:p w14:paraId="3EAFEC8D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2126" w:type="dxa"/>
          </w:tcPr>
          <w:p w14:paraId="18DD82C1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3447" w:type="dxa"/>
            <w:vAlign w:val="center"/>
          </w:tcPr>
          <w:p w14:paraId="05B0E04D" w14:textId="4AD6433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</w:tr>
      <w:tr w:rsidR="00934EC5" w:rsidRPr="002929B2" w14:paraId="4A5C82CA" w14:textId="77777777" w:rsidTr="00D0446F">
        <w:tc>
          <w:tcPr>
            <w:tcW w:w="491" w:type="dxa"/>
            <w:vAlign w:val="center"/>
          </w:tcPr>
          <w:p w14:paraId="39D82F56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  <w:r w:rsidRPr="004749A6"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  <w:t>2.</w:t>
            </w:r>
          </w:p>
        </w:tc>
        <w:tc>
          <w:tcPr>
            <w:tcW w:w="1600" w:type="dxa"/>
            <w:vAlign w:val="center"/>
          </w:tcPr>
          <w:p w14:paraId="359CD33B" w14:textId="697D76C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2015" w:type="dxa"/>
            <w:vAlign w:val="center"/>
          </w:tcPr>
          <w:p w14:paraId="5C6041DE" w14:textId="7FCBE173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1895F858" w14:textId="53B9C2FA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4C64FE97" w14:textId="414DB724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1559" w:type="dxa"/>
          </w:tcPr>
          <w:p w14:paraId="0C59662E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2126" w:type="dxa"/>
          </w:tcPr>
          <w:p w14:paraId="5B120E4B" w14:textId="77777777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  <w:tc>
          <w:tcPr>
            <w:tcW w:w="3447" w:type="dxa"/>
            <w:vAlign w:val="center"/>
          </w:tcPr>
          <w:p w14:paraId="5987D0A7" w14:textId="6D75CBA3" w:rsidR="00934EC5" w:rsidRPr="004749A6" w:rsidRDefault="00934EC5">
            <w:pPr>
              <w:rPr>
                <w:rFonts w:ascii="Tahoma" w:hAnsi="Tahoma" w:cs="Tahoma"/>
                <w:color w:val="000000" w:themeColor="text1"/>
                <w:sz w:val="18"/>
                <w:szCs w:val="28"/>
                <w:lang w:val="pl-PL"/>
              </w:rPr>
            </w:pPr>
          </w:p>
        </w:tc>
      </w:tr>
    </w:tbl>
    <w:p w14:paraId="71E4F03B" w14:textId="1FA9EFE9" w:rsidR="00F13264" w:rsidRPr="00533318" w:rsidRDefault="00DC0E14" w:rsidP="00DC0E14">
      <w:pPr>
        <w:rPr>
          <w:rFonts w:ascii="Tahoma" w:hAnsi="Tahoma" w:cs="Tahoma"/>
          <w:color w:val="000000" w:themeColor="text1"/>
          <w:sz w:val="16"/>
          <w:szCs w:val="18"/>
          <w:lang w:val="pl-PL"/>
        </w:rPr>
      </w:pPr>
      <w:r w:rsidRPr="00533318">
        <w:rPr>
          <w:rFonts w:ascii="Tahoma" w:hAnsi="Tahoma" w:cs="Tahoma"/>
          <w:color w:val="000000" w:themeColor="text1"/>
          <w:sz w:val="16"/>
          <w:szCs w:val="18"/>
          <w:lang w:val="pl-PL"/>
        </w:rPr>
        <w:t xml:space="preserve">* należy podać adres zakładu produkcyjnego. </w:t>
      </w:r>
    </w:p>
    <w:p w14:paraId="76E0F859" w14:textId="77777777" w:rsidR="00F13264" w:rsidRPr="002929B2" w:rsidRDefault="00A36DE5">
      <w:pPr>
        <w:rPr>
          <w:rFonts w:ascii="Tahoma" w:hAnsi="Tahoma" w:cs="Tahoma"/>
          <w:color w:val="000000" w:themeColor="text1"/>
          <w:lang w:val="pl-PL"/>
        </w:rPr>
      </w:pPr>
      <w:r w:rsidRPr="002929B2">
        <w:rPr>
          <w:rFonts w:ascii="Tahoma" w:hAnsi="Tahoma" w:cs="Tahoma"/>
          <w:b/>
          <w:color w:val="000000" w:themeColor="text1"/>
          <w:lang w:val="pl-PL"/>
        </w:rPr>
        <w:t>Oświadczenie wykonawcy</w:t>
      </w:r>
    </w:p>
    <w:p w14:paraId="2FA46458" w14:textId="7C7CE950" w:rsidR="00F13264" w:rsidRPr="002929B2" w:rsidRDefault="00A36DE5">
      <w:pPr>
        <w:spacing w:after="40"/>
        <w:ind w:left="340" w:hanging="170"/>
        <w:rPr>
          <w:rFonts w:ascii="Tahoma" w:hAnsi="Tahoma" w:cs="Tahoma"/>
          <w:color w:val="000000" w:themeColor="text1"/>
          <w:lang w:val="pl-PL"/>
        </w:rPr>
      </w:pPr>
      <w:r w:rsidRPr="002929B2">
        <w:rPr>
          <w:rFonts w:ascii="Tahoma" w:hAnsi="Tahoma" w:cs="Tahoma"/>
          <w:color w:val="000000" w:themeColor="text1"/>
          <w:lang w:val="pl-PL"/>
        </w:rPr>
        <w:t xml:space="preserve">• Oświadczam, że wskazane powyżej </w:t>
      </w:r>
      <w:r w:rsidR="00AA1245">
        <w:rPr>
          <w:rFonts w:ascii="Tahoma" w:hAnsi="Tahoma" w:cs="Tahoma"/>
          <w:color w:val="000000" w:themeColor="text1"/>
          <w:lang w:val="pl-PL"/>
        </w:rPr>
        <w:t>dostawy</w:t>
      </w:r>
      <w:r w:rsidR="004749A6">
        <w:rPr>
          <w:rFonts w:ascii="Tahoma" w:hAnsi="Tahoma" w:cs="Tahoma"/>
          <w:bCs/>
          <w:color w:val="000000" w:themeColor="text1"/>
          <w:lang w:val="pl-PL"/>
        </w:rPr>
        <w:t xml:space="preserve"> </w:t>
      </w:r>
      <w:r w:rsidRPr="002929B2">
        <w:rPr>
          <w:rFonts w:ascii="Tahoma" w:hAnsi="Tahoma" w:cs="Tahoma"/>
          <w:color w:val="000000" w:themeColor="text1"/>
          <w:lang w:val="pl-PL"/>
        </w:rPr>
        <w:t>zostały wykonane należycie.</w:t>
      </w:r>
    </w:p>
    <w:p w14:paraId="50AA611B" w14:textId="05A8FD62" w:rsidR="00F13264" w:rsidRPr="002929B2" w:rsidRDefault="00A36DE5">
      <w:pPr>
        <w:spacing w:after="40"/>
        <w:ind w:left="340" w:hanging="170"/>
        <w:rPr>
          <w:rFonts w:ascii="Tahoma" w:hAnsi="Tahoma" w:cs="Tahoma"/>
          <w:color w:val="000000" w:themeColor="text1"/>
          <w:lang w:val="pl-PL"/>
        </w:rPr>
      </w:pPr>
      <w:r w:rsidRPr="002929B2">
        <w:rPr>
          <w:rFonts w:ascii="Tahoma" w:hAnsi="Tahoma" w:cs="Tahoma"/>
          <w:color w:val="000000" w:themeColor="text1"/>
          <w:lang w:val="pl-PL"/>
        </w:rPr>
        <w:t xml:space="preserve">• Do wykazu załączam dokumenty potwierdzające należyte wykonanie </w:t>
      </w:r>
      <w:r w:rsidR="00AA1245">
        <w:rPr>
          <w:rFonts w:ascii="Tahoma" w:hAnsi="Tahoma" w:cs="Tahoma"/>
          <w:color w:val="000000" w:themeColor="text1"/>
          <w:lang w:val="pl-PL"/>
        </w:rPr>
        <w:t xml:space="preserve">dostaw wymienione w tabeli. </w:t>
      </w:r>
    </w:p>
    <w:p w14:paraId="335C1A2F" w14:textId="77777777" w:rsidR="00F13264" w:rsidRPr="002929B2" w:rsidRDefault="00F13264">
      <w:pPr>
        <w:rPr>
          <w:rFonts w:ascii="Tahoma" w:hAnsi="Tahoma" w:cs="Tahoma"/>
          <w:color w:val="000000" w:themeColor="text1"/>
          <w:lang w:val="pl-P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969"/>
        <w:gridCol w:w="5102"/>
      </w:tblGrid>
      <w:tr w:rsidR="00F13264" w:rsidRPr="002929B2" w14:paraId="342E31EE" w14:textId="77777777">
        <w:tc>
          <w:tcPr>
            <w:tcW w:w="3969" w:type="dxa"/>
            <w:vAlign w:val="center"/>
          </w:tcPr>
          <w:p w14:paraId="6F653A96" w14:textId="77777777" w:rsidR="00F13264" w:rsidRPr="002929B2" w:rsidRDefault="00A36DE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929B2"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t>Miejscowość i data</w:t>
            </w:r>
          </w:p>
        </w:tc>
        <w:tc>
          <w:tcPr>
            <w:tcW w:w="5102" w:type="dxa"/>
            <w:vAlign w:val="center"/>
          </w:tcPr>
          <w:p w14:paraId="19859191" w14:textId="77777777" w:rsidR="00F13264" w:rsidRPr="002929B2" w:rsidRDefault="00A36DE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2929B2">
              <w:rPr>
                <w:rFonts w:ascii="Tahoma" w:hAnsi="Tahoma" w:cs="Tahoma"/>
                <w:b/>
                <w:color w:val="000000" w:themeColor="text1"/>
                <w:sz w:val="16"/>
                <w:lang w:val="pl-PL"/>
              </w:rPr>
              <w:t>Podpis osoby uprawnionej</w:t>
            </w:r>
          </w:p>
        </w:tc>
      </w:tr>
      <w:tr w:rsidR="00F13264" w:rsidRPr="002929B2" w14:paraId="000E7915" w14:textId="77777777">
        <w:tc>
          <w:tcPr>
            <w:tcW w:w="3969" w:type="dxa"/>
            <w:vAlign w:val="center"/>
          </w:tcPr>
          <w:p w14:paraId="6B3E5186" w14:textId="19E5E53B" w:rsidR="00F13264" w:rsidRPr="002929B2" w:rsidRDefault="00F13264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5102" w:type="dxa"/>
            <w:vAlign w:val="center"/>
          </w:tcPr>
          <w:p w14:paraId="50CA6841" w14:textId="5F0FA184" w:rsidR="00F13264" w:rsidRPr="002929B2" w:rsidRDefault="00F13264">
            <w:p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</w:tr>
    </w:tbl>
    <w:p w14:paraId="4647CA95" w14:textId="77777777" w:rsidR="00A45325" w:rsidRPr="002929B2" w:rsidRDefault="00A45325">
      <w:pPr>
        <w:rPr>
          <w:rFonts w:ascii="Tahoma" w:hAnsi="Tahoma" w:cs="Tahoma"/>
          <w:color w:val="000000" w:themeColor="text1"/>
          <w:lang w:val="pl-PL"/>
        </w:rPr>
      </w:pPr>
    </w:p>
    <w:sectPr w:rsidR="00A45325" w:rsidRPr="002929B2" w:rsidSect="00034616">
      <w:footerReference w:type="default" r:id="rId11"/>
      <w:pgSz w:w="15840" w:h="12240" w:orient="landscape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AA42" w14:textId="77777777" w:rsidR="0042045C" w:rsidRDefault="0042045C">
      <w:pPr>
        <w:spacing w:after="0" w:line="240" w:lineRule="auto"/>
      </w:pPr>
      <w:r>
        <w:separator/>
      </w:r>
    </w:p>
  </w:endnote>
  <w:endnote w:type="continuationSeparator" w:id="0">
    <w:p w14:paraId="192315BF" w14:textId="77777777" w:rsidR="0042045C" w:rsidRDefault="00420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5433" w14:textId="77777777" w:rsidR="00F13264" w:rsidRDefault="00F132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BBDBA" w14:textId="77777777" w:rsidR="0042045C" w:rsidRDefault="0042045C">
      <w:pPr>
        <w:spacing w:after="0" w:line="240" w:lineRule="auto"/>
      </w:pPr>
      <w:r>
        <w:separator/>
      </w:r>
    </w:p>
  </w:footnote>
  <w:footnote w:type="continuationSeparator" w:id="0">
    <w:p w14:paraId="7A9343EB" w14:textId="77777777" w:rsidR="0042045C" w:rsidRDefault="00420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4D4A4A"/>
    <w:multiLevelType w:val="hybridMultilevel"/>
    <w:tmpl w:val="8DAC87F4"/>
    <w:lvl w:ilvl="0" w:tplc="1C80E20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F3FCA"/>
    <w:multiLevelType w:val="hybridMultilevel"/>
    <w:tmpl w:val="8F82F850"/>
    <w:lvl w:ilvl="0" w:tplc="A170CD6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030558">
    <w:abstractNumId w:val="8"/>
  </w:num>
  <w:num w:numId="2" w16cid:durableId="2126148676">
    <w:abstractNumId w:val="6"/>
  </w:num>
  <w:num w:numId="3" w16cid:durableId="78259541">
    <w:abstractNumId w:val="5"/>
  </w:num>
  <w:num w:numId="4" w16cid:durableId="1222793241">
    <w:abstractNumId w:val="4"/>
  </w:num>
  <w:num w:numId="5" w16cid:durableId="1463618961">
    <w:abstractNumId w:val="7"/>
  </w:num>
  <w:num w:numId="6" w16cid:durableId="1813206251">
    <w:abstractNumId w:val="3"/>
  </w:num>
  <w:num w:numId="7" w16cid:durableId="784694382">
    <w:abstractNumId w:val="2"/>
  </w:num>
  <w:num w:numId="8" w16cid:durableId="129250719">
    <w:abstractNumId w:val="1"/>
  </w:num>
  <w:num w:numId="9" w16cid:durableId="1394083452">
    <w:abstractNumId w:val="0"/>
  </w:num>
  <w:num w:numId="10" w16cid:durableId="1319116730">
    <w:abstractNumId w:val="10"/>
  </w:num>
  <w:num w:numId="11" w16cid:durableId="1684492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656"/>
    <w:rsid w:val="0006063C"/>
    <w:rsid w:val="0015074B"/>
    <w:rsid w:val="0023444B"/>
    <w:rsid w:val="00234546"/>
    <w:rsid w:val="00260CBE"/>
    <w:rsid w:val="002929B2"/>
    <w:rsid w:val="0029639D"/>
    <w:rsid w:val="00296C3E"/>
    <w:rsid w:val="002F1D0F"/>
    <w:rsid w:val="00326F90"/>
    <w:rsid w:val="003456BE"/>
    <w:rsid w:val="0042045C"/>
    <w:rsid w:val="004749A6"/>
    <w:rsid w:val="00515C34"/>
    <w:rsid w:val="00533318"/>
    <w:rsid w:val="005668C1"/>
    <w:rsid w:val="00577279"/>
    <w:rsid w:val="00615B38"/>
    <w:rsid w:val="006C1A14"/>
    <w:rsid w:val="00713C6F"/>
    <w:rsid w:val="00715B9A"/>
    <w:rsid w:val="008E766C"/>
    <w:rsid w:val="00934EC5"/>
    <w:rsid w:val="009D6B6C"/>
    <w:rsid w:val="00A36DE5"/>
    <w:rsid w:val="00A45325"/>
    <w:rsid w:val="00A47405"/>
    <w:rsid w:val="00AA1245"/>
    <w:rsid w:val="00AA1C03"/>
    <w:rsid w:val="00AA1D8D"/>
    <w:rsid w:val="00B160C6"/>
    <w:rsid w:val="00B47730"/>
    <w:rsid w:val="00B87BD2"/>
    <w:rsid w:val="00BD4108"/>
    <w:rsid w:val="00CB0664"/>
    <w:rsid w:val="00D0446F"/>
    <w:rsid w:val="00DC0E14"/>
    <w:rsid w:val="00DD3863"/>
    <w:rsid w:val="00E02379"/>
    <w:rsid w:val="00E22CC7"/>
    <w:rsid w:val="00EA2B59"/>
    <w:rsid w:val="00EA5F04"/>
    <w:rsid w:val="00F132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C6F3B"/>
  <w14:defaultImageDpi w14:val="300"/>
  <w15:docId w15:val="{3288C7D8-70C4-D746-B3D5-52C9AC47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000000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296C3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8" ma:contentTypeDescription="Utwórz nowy dokument." ma:contentTypeScope="" ma:versionID="323702fb2ade1751700e201f903f5d70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70500e4baf364dbd6559a7be00071078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dfddeb-52f8-4dea-ad1c-647cf52a9cb1" xsi:nil="true"/>
    <lcf76f155ced4ddcb4097134ff3c332f xmlns="e561e082-20b9-4472-be64-474750a816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E1E11C-5775-42F0-ABAF-DB66B0D80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611162-2217-4066-BF1C-511698060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7B651-DE6F-4930-9A47-C5D34AACA292}">
  <ds:schemaRefs>
    <ds:schemaRef ds:uri="http://schemas.microsoft.com/office/2006/metadata/properties"/>
    <ds:schemaRef ds:uri="http://schemas.microsoft.com/office/infopath/2007/PartnerControls"/>
    <ds:schemaRef ds:uri="fddfddeb-52f8-4dea-ad1c-647cf52a9cb1"/>
    <ds:schemaRef ds:uri="e561e082-20b9-4472-be64-474750a816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[EXT] Filochowska Justyna [Fundacja TS]</cp:lastModifiedBy>
  <cp:revision>2</cp:revision>
  <dcterms:created xsi:type="dcterms:W3CDTF">2026-08-19T13:00:00Z</dcterms:created>
  <dcterms:modified xsi:type="dcterms:W3CDTF">2026-08-19T13:00:00Z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  <property fmtid="{D5CDD505-2E9C-101B-9397-08002B2CF9AE}" pid="3" name="MediaServiceImageTags">
    <vt:lpwstr/>
  </property>
</Properties>
</file>