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EC26B6" w14:textId="77777777" w:rsidR="005C10C2" w:rsidRPr="008C053E" w:rsidRDefault="00000000">
      <w:pPr>
        <w:spacing w:after="80"/>
        <w:jc w:val="center"/>
        <w:rPr>
          <w:lang w:val="pl-PL"/>
        </w:rPr>
      </w:pPr>
      <w:r w:rsidRPr="008C053E">
        <w:rPr>
          <w:rFonts w:eastAsia="Tahoma"/>
          <w:b/>
          <w:sz w:val="28"/>
          <w:lang w:val="pl-PL"/>
        </w:rPr>
        <w:t>ZAŁĄCZNIK NR 4</w:t>
      </w:r>
      <w:r w:rsidRPr="008C053E">
        <w:rPr>
          <w:rFonts w:eastAsia="Tahoma"/>
          <w:b/>
          <w:sz w:val="28"/>
          <w:lang w:val="pl-PL"/>
        </w:rPr>
        <w:br/>
      </w:r>
      <w:r w:rsidRPr="008C053E">
        <w:rPr>
          <w:rFonts w:eastAsia="Tahoma"/>
          <w:b/>
          <w:sz w:val="24"/>
          <w:lang w:val="pl-PL"/>
        </w:rPr>
        <w:t>WYKAZ USŁUG</w:t>
      </w:r>
    </w:p>
    <w:p w14:paraId="3695E44B" w14:textId="5CD641C2" w:rsidR="005C10C2" w:rsidRPr="008C053E" w:rsidRDefault="00000000">
      <w:pPr>
        <w:spacing w:after="160"/>
        <w:jc w:val="center"/>
        <w:rPr>
          <w:lang w:val="pl-PL"/>
        </w:rPr>
      </w:pPr>
      <w:r w:rsidRPr="008C053E">
        <w:rPr>
          <w:rFonts w:eastAsia="Tahoma"/>
          <w:lang w:val="pl-PL"/>
        </w:rPr>
        <w:t>Kompleksowa obsługa foto-wideo oraz aranżacja i obsługa przestrzeni wizualnej podczas wizyt w klubach sportowych objętych Programem „KLUB PRO”</w:t>
      </w:r>
    </w:p>
    <w:p w14:paraId="2F63D25C" w14:textId="77777777" w:rsidR="005C10C2" w:rsidRPr="008C053E" w:rsidRDefault="00000000">
      <w:pPr>
        <w:pStyle w:val="Nagwek1"/>
        <w:rPr>
          <w:lang w:val="pl-PL"/>
        </w:rPr>
      </w:pPr>
      <w:r w:rsidRPr="008C053E">
        <w:rPr>
          <w:rFonts w:ascii="Tahoma" w:eastAsia="Tahoma" w:hAnsi="Tahoma"/>
          <w:lang w:val="pl-PL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1339"/>
      </w:tblGrid>
      <w:tr w:rsidR="005C10C2" w:rsidRPr="008C053E" w14:paraId="5D8CA01E" w14:textId="77777777">
        <w:trPr>
          <w:cantSplit/>
          <w:tblHeader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9E758" w14:textId="77777777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8"/>
                <w:lang w:val="pl-PL"/>
              </w:rPr>
              <w:t>Pole</w:t>
            </w:r>
          </w:p>
        </w:tc>
        <w:tc>
          <w:tcPr>
            <w:tcW w:w="113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CDF3A" w14:textId="77777777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8"/>
                <w:lang w:val="pl-PL"/>
              </w:rPr>
              <w:t>Treść</w:t>
            </w:r>
          </w:p>
        </w:tc>
      </w:tr>
      <w:tr w:rsidR="005C10C2" w:rsidRPr="008C053E" w14:paraId="7D452A6B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775E3" w14:textId="77777777" w:rsidR="005C10C2" w:rsidRPr="008C053E" w:rsidRDefault="00000000">
            <w:pPr>
              <w:spacing w:after="0"/>
              <w:rPr>
                <w:lang w:val="pl-PL"/>
              </w:rPr>
            </w:pPr>
            <w:r w:rsidRPr="008C053E">
              <w:rPr>
                <w:rFonts w:eastAsia="Tahoma"/>
                <w:sz w:val="18"/>
                <w:lang w:val="pl-PL"/>
              </w:rPr>
              <w:t>Nazwa Wykonawcy</w:t>
            </w:r>
          </w:p>
        </w:tc>
        <w:tc>
          <w:tcPr>
            <w:tcW w:w="113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28140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3C999988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95796" w14:textId="77777777" w:rsidR="005C10C2" w:rsidRPr="008C053E" w:rsidRDefault="00000000">
            <w:pPr>
              <w:spacing w:after="0"/>
              <w:rPr>
                <w:lang w:val="pl-PL"/>
              </w:rPr>
            </w:pPr>
            <w:r w:rsidRPr="008C053E">
              <w:rPr>
                <w:rFonts w:eastAsia="Tahoma"/>
                <w:sz w:val="18"/>
                <w:lang w:val="pl-PL"/>
              </w:rPr>
              <w:t>NIP / KRS / CEIDG</w:t>
            </w:r>
          </w:p>
        </w:tc>
        <w:tc>
          <w:tcPr>
            <w:tcW w:w="113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1F3F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</w:tbl>
    <w:p w14:paraId="6BA3DCD5" w14:textId="77777777" w:rsidR="005C10C2" w:rsidRPr="008C053E" w:rsidRDefault="005C10C2">
      <w:pPr>
        <w:spacing w:after="0"/>
        <w:rPr>
          <w:lang w:val="pl-PL"/>
        </w:rPr>
      </w:pPr>
    </w:p>
    <w:p w14:paraId="085BBCD6" w14:textId="77777777" w:rsidR="005C10C2" w:rsidRPr="008C053E" w:rsidRDefault="00000000">
      <w:pPr>
        <w:pStyle w:val="Nagwek1"/>
        <w:rPr>
          <w:lang w:val="pl-PL"/>
        </w:rPr>
      </w:pPr>
      <w:r w:rsidRPr="008C053E">
        <w:rPr>
          <w:rFonts w:ascii="Tahoma" w:eastAsia="Tahoma" w:hAnsi="Tahoma"/>
          <w:lang w:val="pl-PL"/>
        </w:rPr>
        <w:t>2. Wykaz usług foto-wideo</w:t>
      </w:r>
    </w:p>
    <w:p w14:paraId="42680EF8" w14:textId="77777777" w:rsidR="005C10C2" w:rsidRPr="008C053E" w:rsidRDefault="00000000">
      <w:pPr>
        <w:rPr>
          <w:lang w:val="pl-PL"/>
        </w:rPr>
      </w:pPr>
      <w:r w:rsidRPr="008C053E">
        <w:rPr>
          <w:rFonts w:eastAsia="Tahoma"/>
          <w:sz w:val="18"/>
          <w:lang w:val="pl-PL"/>
        </w:rPr>
        <w:t xml:space="preserve">Należy wykazać co najmniej 5 usług spełniających warunki ogłoszenia. Z informacji i dowodów powinien wynikać zakres nagrań, fotografii, montażu i </w:t>
      </w:r>
      <w:proofErr w:type="spellStart"/>
      <w:r w:rsidRPr="008C053E">
        <w:rPr>
          <w:rFonts w:eastAsia="Tahoma"/>
          <w:sz w:val="18"/>
          <w:lang w:val="pl-PL"/>
        </w:rPr>
        <w:t>postprodukcji</w:t>
      </w:r>
      <w:proofErr w:type="spellEnd"/>
      <w:r w:rsidRPr="008C053E">
        <w:rPr>
          <w:rFonts w:eastAsia="Tahoma"/>
          <w:sz w:val="18"/>
          <w:lang w:val="pl-PL"/>
        </w:rPr>
        <w:t xml:space="preserve"> oraz - łącznie - liczby wymagane w ogłoszeniu.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1984"/>
        <w:gridCol w:w="3515"/>
        <w:gridCol w:w="1361"/>
        <w:gridCol w:w="1247"/>
        <w:gridCol w:w="964"/>
        <w:gridCol w:w="1020"/>
        <w:gridCol w:w="2438"/>
      </w:tblGrid>
      <w:tr w:rsidR="008C053E" w:rsidRPr="008C053E" w14:paraId="0AE614A0" w14:textId="77777777">
        <w:trPr>
          <w:cantSplit/>
          <w:tblHeader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326E6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Lp.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8011F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Odbiorca usługi</w:t>
            </w: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FEB9C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Przedmiot i zakres usługi</w:t>
            </w: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EA858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Termin realizacji</w:t>
            </w: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D2EA8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Liczba lokalizacji / wydarzeń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B214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Liczba filmów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39B4F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Liczba fotografii</w:t>
            </w: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E06C2" w14:textId="77777777" w:rsidR="008C053E" w:rsidRPr="008C053E" w:rsidRDefault="008C053E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Dowód / link / referencje</w:t>
            </w:r>
          </w:p>
        </w:tc>
      </w:tr>
      <w:tr w:rsidR="008C053E" w:rsidRPr="008C053E" w14:paraId="23D88C98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1F0E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493C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637C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671C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7F11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95E6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7FEE6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3921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017E85CF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66FF2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170C1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F6DC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3916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E3760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F034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D13A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9FC3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4FAAC5BA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FFAE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9BCF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46DB6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1A840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05D8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0689E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A632C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9D3B0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2CD5DE3E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052A6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FA19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6FE4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62DF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DD802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4B3EC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72D7E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DE63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5CFC5FFF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BB99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B406C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37162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1AA13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65CD7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477F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A9FE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6AD8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256FE6F6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BA3C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824C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895D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8B930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531BE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20E8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530D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72413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1B22360A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C4129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C9AE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FAE65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212C3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693EA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5400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5A248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1CC9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  <w:tr w:rsidR="008C053E" w:rsidRPr="008C053E" w14:paraId="01CF8DED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FE32B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AB1A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F1782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3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5B20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B0A7D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E1861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A1934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D3C4F" w14:textId="77777777" w:rsidR="008C053E" w:rsidRPr="008C053E" w:rsidRDefault="008C053E">
            <w:pPr>
              <w:spacing w:after="0"/>
              <w:rPr>
                <w:lang w:val="pl-PL"/>
              </w:rPr>
            </w:pPr>
          </w:p>
        </w:tc>
      </w:tr>
    </w:tbl>
    <w:p w14:paraId="12846DCE" w14:textId="77777777" w:rsidR="005C10C2" w:rsidRPr="008C053E" w:rsidRDefault="005C10C2">
      <w:pPr>
        <w:spacing w:after="0"/>
        <w:rPr>
          <w:lang w:val="pl-PL"/>
        </w:rPr>
      </w:pPr>
    </w:p>
    <w:p w14:paraId="0A61A08A" w14:textId="77777777" w:rsidR="008C053E" w:rsidRPr="008C053E" w:rsidRDefault="008C053E">
      <w:pPr>
        <w:spacing w:after="200" w:line="276" w:lineRule="auto"/>
        <w:rPr>
          <w:rFonts w:eastAsia="Tahoma" w:cstheme="majorBidi"/>
          <w:b/>
          <w:bCs/>
          <w:sz w:val="22"/>
          <w:szCs w:val="28"/>
          <w:lang w:val="pl-PL"/>
        </w:rPr>
      </w:pPr>
      <w:r w:rsidRPr="008C053E">
        <w:rPr>
          <w:rFonts w:eastAsia="Tahoma"/>
          <w:lang w:val="pl-PL"/>
        </w:rPr>
        <w:br w:type="page"/>
      </w:r>
    </w:p>
    <w:p w14:paraId="050C485D" w14:textId="77777777" w:rsidR="008C053E" w:rsidRPr="008C053E" w:rsidRDefault="008C053E">
      <w:pPr>
        <w:pStyle w:val="Nagwek1"/>
        <w:rPr>
          <w:rFonts w:ascii="Tahoma" w:eastAsia="Tahoma" w:hAnsi="Tahoma"/>
          <w:lang w:val="pl-PL"/>
        </w:rPr>
      </w:pPr>
    </w:p>
    <w:p w14:paraId="7D752DDC" w14:textId="5E5885A7" w:rsidR="005C10C2" w:rsidRPr="008C053E" w:rsidRDefault="00000000">
      <w:pPr>
        <w:pStyle w:val="Nagwek1"/>
        <w:rPr>
          <w:lang w:val="pl-PL"/>
        </w:rPr>
      </w:pPr>
      <w:r w:rsidRPr="008C053E">
        <w:rPr>
          <w:rFonts w:ascii="Tahoma" w:eastAsia="Tahoma" w:hAnsi="Tahoma"/>
          <w:lang w:val="pl-PL"/>
        </w:rPr>
        <w:t>3. Wykaz usług związanych z logistyką i obsługą przestrzeni wydarzeń</w:t>
      </w:r>
    </w:p>
    <w:p w14:paraId="136D4058" w14:textId="77777777" w:rsidR="005C10C2" w:rsidRPr="008C053E" w:rsidRDefault="00000000">
      <w:pPr>
        <w:rPr>
          <w:lang w:val="pl-PL"/>
        </w:rPr>
      </w:pPr>
      <w:r w:rsidRPr="008C053E">
        <w:rPr>
          <w:rFonts w:eastAsia="Tahoma"/>
          <w:sz w:val="18"/>
          <w:lang w:val="pl-PL"/>
        </w:rPr>
        <w:t xml:space="preserve">Należy wykazać co najmniej 2 usługi obejmujące logistykę, przygotowanie, montaż lub bieżącą obsługę strefy promocyjnej, elementów identyfikacji wizualnej albo wyposażenia </w:t>
      </w:r>
      <w:proofErr w:type="spellStart"/>
      <w:r w:rsidRPr="008C053E">
        <w:rPr>
          <w:rFonts w:eastAsia="Tahoma"/>
          <w:sz w:val="18"/>
          <w:lang w:val="pl-PL"/>
        </w:rPr>
        <w:t>eventowego</w:t>
      </w:r>
      <w:proofErr w:type="spellEnd"/>
      <w:r w:rsidRPr="008C053E">
        <w:rPr>
          <w:rFonts w:eastAsia="Tahoma"/>
          <w:sz w:val="18"/>
          <w:lang w:val="pl-PL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2007"/>
        <w:gridCol w:w="2432"/>
        <w:gridCol w:w="3381"/>
        <w:gridCol w:w="1257"/>
        <w:gridCol w:w="1350"/>
        <w:gridCol w:w="2037"/>
        <w:gridCol w:w="2219"/>
      </w:tblGrid>
      <w:tr w:rsidR="005C10C2" w:rsidRPr="008C053E" w14:paraId="077A2F84" w14:textId="77777777">
        <w:trPr>
          <w:cantSplit/>
          <w:tblHeader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A2757" w14:textId="77777777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Lp.</w:t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175C" w14:textId="77777777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Odbiorca usługi</w:t>
            </w: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10DB3" w14:textId="77777777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Opis wydarzenia / strefy</w:t>
            </w: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74772" w14:textId="77777777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Zakres: transport, montaż, obsługa, demontaż</w:t>
            </w: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CBBD4" w14:textId="77777777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Liczba lokalizacji / wydarzeń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E7E93" w14:textId="77777777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Termin realizacji</w:t>
            </w: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A769D" w14:textId="77777777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Elementy / wyposażenie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53B20" w14:textId="06806D0E" w:rsidR="005C10C2" w:rsidRPr="008C053E" w:rsidRDefault="00000000">
            <w:pPr>
              <w:spacing w:after="0"/>
              <w:jc w:val="center"/>
              <w:rPr>
                <w:lang w:val="pl-PL"/>
              </w:rPr>
            </w:pPr>
            <w:r w:rsidRPr="008C053E">
              <w:rPr>
                <w:rFonts w:eastAsia="Tahoma"/>
                <w:b/>
                <w:sz w:val="14"/>
                <w:lang w:val="pl-PL"/>
              </w:rPr>
              <w:t>Dowód / referencje</w:t>
            </w:r>
            <w:r w:rsidR="008C053E" w:rsidRPr="008C053E">
              <w:rPr>
                <w:rFonts w:eastAsia="Tahoma"/>
                <w:b/>
                <w:sz w:val="14"/>
                <w:lang w:val="pl-PL"/>
              </w:rPr>
              <w:t xml:space="preserve"> /link</w:t>
            </w:r>
          </w:p>
        </w:tc>
      </w:tr>
      <w:tr w:rsidR="005C10C2" w:rsidRPr="008C053E" w14:paraId="6A386CAD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D9C36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ECBD6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EB31F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A9922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18458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EF964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22781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23FD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7DDED258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E2AE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18629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4B858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105E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D159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2EA92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DDF46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B3A0E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331FBA5B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88111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C46C3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37BAA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BCD8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954D1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7B16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E0107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A5B5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5D4B6ABC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CF80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4A6AC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AE4D0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8A840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B6AEE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1F178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96D99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E5ABA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  <w:tr w:rsidR="005C10C2" w:rsidRPr="008C053E" w14:paraId="4E40EEAB" w14:textId="77777777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A8DFB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5AE4D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C8AD3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368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6AC19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30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5270E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8141C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1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84FB7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6D547" w14:textId="77777777" w:rsidR="005C10C2" w:rsidRPr="008C053E" w:rsidRDefault="005C10C2">
            <w:pPr>
              <w:spacing w:after="0"/>
              <w:rPr>
                <w:lang w:val="pl-PL"/>
              </w:rPr>
            </w:pPr>
          </w:p>
        </w:tc>
      </w:tr>
    </w:tbl>
    <w:p w14:paraId="2C10E2ED" w14:textId="77777777" w:rsidR="005C10C2" w:rsidRPr="008C053E" w:rsidRDefault="005C10C2">
      <w:pPr>
        <w:spacing w:after="0"/>
        <w:rPr>
          <w:lang w:val="pl-PL"/>
        </w:rPr>
      </w:pPr>
    </w:p>
    <w:p w14:paraId="5CD8B3E1" w14:textId="77777777" w:rsidR="005C10C2" w:rsidRPr="008C053E" w:rsidRDefault="005C10C2">
      <w:pPr>
        <w:spacing w:after="0"/>
        <w:rPr>
          <w:lang w:val="pl-PL"/>
        </w:rPr>
      </w:pPr>
    </w:p>
    <w:p w14:paraId="0079AF5C" w14:textId="5F5B5F85" w:rsidR="005C10C2" w:rsidRPr="008C053E" w:rsidRDefault="008C053E">
      <w:pPr>
        <w:pStyle w:val="Nagwek1"/>
        <w:rPr>
          <w:lang w:val="pl-PL"/>
        </w:rPr>
      </w:pPr>
      <w:r>
        <w:rPr>
          <w:rFonts w:ascii="Tahoma" w:eastAsia="Tahoma" w:hAnsi="Tahoma"/>
          <w:lang w:val="pl-PL"/>
        </w:rPr>
        <w:t>4</w:t>
      </w:r>
      <w:r w:rsidR="00000000" w:rsidRPr="008C053E">
        <w:rPr>
          <w:rFonts w:ascii="Tahoma" w:eastAsia="Tahoma" w:hAnsi="Tahoma"/>
          <w:lang w:val="pl-PL"/>
        </w:rPr>
        <w:t>. Oświadczenie</w:t>
      </w:r>
    </w:p>
    <w:p w14:paraId="5749101F" w14:textId="77777777" w:rsidR="005C10C2" w:rsidRPr="008C053E" w:rsidRDefault="00000000">
      <w:pPr>
        <w:rPr>
          <w:lang w:val="pl-PL"/>
        </w:rPr>
      </w:pPr>
      <w:r w:rsidRPr="008C053E">
        <w:rPr>
          <w:rFonts w:eastAsia="Tahoma"/>
          <w:lang w:val="pl-PL"/>
        </w:rPr>
        <w:t>Oświadczam, że usługi wskazane w wykazie zostały wykonane należycie, a informacje podane w wykazie są zgodne ze stanem faktycznym. Na żądanie Zamawiającego zobowiązuję się przedstawić dodatkowe dokumenty albo wyjaśnienia potwierdzające zakres i należyte wykonanie usług.</w:t>
      </w:r>
    </w:p>
    <w:p w14:paraId="28FC5BD7" w14:textId="77777777" w:rsidR="005C10C2" w:rsidRPr="008C053E" w:rsidRDefault="005C10C2">
      <w:pPr>
        <w:rPr>
          <w:lang w:val="pl-PL"/>
        </w:rPr>
      </w:pPr>
    </w:p>
    <w:p w14:paraId="745C1F98" w14:textId="77777777" w:rsidR="005C10C2" w:rsidRPr="008C053E" w:rsidRDefault="00000000">
      <w:pPr>
        <w:rPr>
          <w:lang w:val="pl-PL"/>
        </w:rPr>
      </w:pPr>
      <w:r w:rsidRPr="008C053E">
        <w:rPr>
          <w:rFonts w:eastAsia="Tahoma"/>
          <w:sz w:val="18"/>
          <w:lang w:val="pl-PL"/>
        </w:rPr>
        <w:t>Miejscowość i data: ........................................................</w:t>
      </w:r>
    </w:p>
    <w:p w14:paraId="0D34F7EB" w14:textId="77777777" w:rsidR="005C10C2" w:rsidRPr="008C053E" w:rsidRDefault="00000000">
      <w:pPr>
        <w:rPr>
          <w:lang w:val="pl-PL"/>
        </w:rPr>
      </w:pPr>
      <w:r w:rsidRPr="008C053E">
        <w:rPr>
          <w:rFonts w:eastAsia="Tahoma"/>
          <w:sz w:val="18"/>
          <w:lang w:val="pl-PL"/>
        </w:rPr>
        <w:t>Podpis osoby/osób uprawnionych do reprezentacji Wykonawcy: ........................................................</w:t>
      </w:r>
    </w:p>
    <w:sectPr w:rsidR="005C10C2" w:rsidRPr="008C053E" w:rsidSect="00034616">
      <w:headerReference w:type="default" r:id="rId8"/>
      <w:footerReference w:type="default" r:id="rId9"/>
      <w:pgSz w:w="16838" w:h="11906" w:orient="landscape"/>
      <w:pgMar w:top="794" w:right="850" w:bottom="794" w:left="850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023202" w14:textId="77777777" w:rsidR="00073128" w:rsidRDefault="00073128">
      <w:pPr>
        <w:spacing w:after="0" w:line="240" w:lineRule="auto"/>
      </w:pPr>
      <w:r>
        <w:separator/>
      </w:r>
    </w:p>
  </w:endnote>
  <w:endnote w:type="continuationSeparator" w:id="0">
    <w:p w14:paraId="1F7BC703" w14:textId="77777777" w:rsidR="00073128" w:rsidRDefault="00073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8179A7" w14:textId="77777777" w:rsidR="005C10C2" w:rsidRDefault="00000000">
    <w:pPr>
      <w:pStyle w:val="Stopka"/>
      <w:jc w:val="right"/>
    </w:pPr>
    <w:r>
      <w:rPr>
        <w:rFonts w:eastAsia="Tahoma"/>
        <w:sz w:val="16"/>
      </w:rPr>
      <w:t xml:space="preserve">Strona </w:t>
    </w:r>
    <w:r>
      <w:rPr>
        <w:rFonts w:eastAsia="Tahoma"/>
        <w:sz w:val="16"/>
      </w:rPr>
      <w:fldChar w:fldCharType="begin"/>
    </w:r>
    <w:r>
      <w:rPr>
        <w:rFonts w:eastAsia="Tahoma"/>
        <w:sz w:val="16"/>
      </w:rPr>
      <w:instrText xml:space="preserve"> PAGE </w:instrText>
    </w:r>
    <w:r w:rsidR="008C053E">
      <w:rPr>
        <w:rFonts w:eastAsia="Tahoma"/>
        <w:sz w:val="16"/>
      </w:rPr>
      <w:fldChar w:fldCharType="separate"/>
    </w:r>
    <w:r w:rsidR="008C053E">
      <w:rPr>
        <w:rFonts w:eastAsia="Tahoma"/>
        <w:noProof/>
        <w:sz w:val="16"/>
      </w:rPr>
      <w:t>1</w:t>
    </w:r>
    <w:r>
      <w:rPr>
        <w:rFonts w:eastAsia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20C85A" w14:textId="77777777" w:rsidR="00073128" w:rsidRDefault="00073128">
      <w:pPr>
        <w:spacing w:after="0" w:line="240" w:lineRule="auto"/>
      </w:pPr>
      <w:r>
        <w:separator/>
      </w:r>
    </w:p>
  </w:footnote>
  <w:footnote w:type="continuationSeparator" w:id="0">
    <w:p w14:paraId="25211EDF" w14:textId="77777777" w:rsidR="00073128" w:rsidRDefault="00073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FEEC13" w14:textId="77777777" w:rsidR="005C10C2" w:rsidRDefault="00000000">
    <w:pPr>
      <w:pStyle w:val="Nagwek"/>
      <w:jc w:val="right"/>
    </w:pPr>
    <w:r>
      <w:rPr>
        <w:rFonts w:eastAsia="Tahoma"/>
        <w:sz w:val="16"/>
      </w:rPr>
      <w:t>Program „KLUB PRO 2026” — 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5771252">
    <w:abstractNumId w:val="8"/>
  </w:num>
  <w:num w:numId="2" w16cid:durableId="1735737595">
    <w:abstractNumId w:val="6"/>
  </w:num>
  <w:num w:numId="3" w16cid:durableId="1633175039">
    <w:abstractNumId w:val="5"/>
  </w:num>
  <w:num w:numId="4" w16cid:durableId="1679232359">
    <w:abstractNumId w:val="4"/>
  </w:num>
  <w:num w:numId="5" w16cid:durableId="1110393318">
    <w:abstractNumId w:val="7"/>
  </w:num>
  <w:num w:numId="6" w16cid:durableId="214859507">
    <w:abstractNumId w:val="3"/>
  </w:num>
  <w:num w:numId="7" w16cid:durableId="27293248">
    <w:abstractNumId w:val="2"/>
  </w:num>
  <w:num w:numId="8" w16cid:durableId="1943564491">
    <w:abstractNumId w:val="1"/>
  </w:num>
  <w:num w:numId="9" w16cid:durableId="8808291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128"/>
    <w:rsid w:val="0015074B"/>
    <w:rsid w:val="0029639D"/>
    <w:rsid w:val="00326F90"/>
    <w:rsid w:val="005C10C2"/>
    <w:rsid w:val="008C053E"/>
    <w:rsid w:val="00AA1D8D"/>
    <w:rsid w:val="00B47730"/>
    <w:rsid w:val="00CB0664"/>
    <w:rsid w:val="00D91D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B4C0E"/>
  <w14:defaultImageDpi w14:val="300"/>
  <w15:docId w15:val="{EB1E35A8-5ACF-8649-9720-C8D07E2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52" w:lineRule="auto"/>
    </w:pPr>
    <w:rPr>
      <w:rFonts w:ascii="Tahoma" w:hAnsi="Taho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pPr>
      <w:spacing w:after="20" w:line="240" w:lineRule="auto"/>
    </w:pPr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DC90BB-3159-4C4E-B67B-584BD0983408}"/>
</file>

<file path=customXml/itemProps3.xml><?xml version="1.0" encoding="utf-8"?>
<ds:datastoreItem xmlns:ds="http://schemas.openxmlformats.org/officeDocument/2006/customXml" ds:itemID="{2B90448C-8234-4A16-B0FC-128BD3AAC00F}"/>
</file>

<file path=customXml/itemProps4.xml><?xml version="1.0" encoding="utf-8"?>
<ds:datastoreItem xmlns:ds="http://schemas.openxmlformats.org/officeDocument/2006/customXml" ds:itemID="{13097AB6-769D-46A1-8F96-F269C2DB6E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Tymińska</cp:lastModifiedBy>
  <cp:revision>2</cp:revision>
  <dcterms:created xsi:type="dcterms:W3CDTF">2026-08-02T17:12:00Z</dcterms:created>
  <dcterms:modified xsi:type="dcterms:W3CDTF">2026-08-02T17:12:00Z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</Properties>
</file>