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CDAAC2" w14:textId="77777777" w:rsidR="008209FF" w:rsidRDefault="00000000">
      <w:pPr>
        <w:jc w:val="center"/>
      </w:pPr>
      <w:r>
        <w:rPr>
          <w:b/>
          <w:sz w:val="30"/>
        </w:rPr>
        <w:t>ZAŁĄCZNIK NR 5 - WYKAZ OSÓB SKIEROWANYCH DO REALIZACJI ZAMÓWIENIA</w:t>
      </w:r>
    </w:p>
    <w:p w14:paraId="541C8E52" w14:textId="77777777" w:rsidR="008209FF" w:rsidRDefault="00000000">
      <w:pPr>
        <w:jc w:val="center"/>
      </w:pPr>
      <w:r>
        <w:rPr>
          <w:b/>
          <w:sz w:val="24"/>
        </w:rPr>
        <w:t>Realizacja badania ewaluacyjnego Programu „KLUB PRO”</w:t>
      </w:r>
    </w:p>
    <w:p w14:paraId="668CC251" w14:textId="77777777" w:rsidR="008209FF" w:rsidRDefault="00000000">
      <w:pPr>
        <w:pStyle w:val="Nagwek1"/>
      </w:pPr>
      <w: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8209FF" w14:paraId="5239FB44" w14:textId="77777777" w:rsidTr="00883852">
        <w:trPr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079829" w14:textId="77777777" w:rsidR="008209FF" w:rsidRDefault="00000000">
            <w:pPr>
              <w:spacing w:after="0"/>
            </w:pPr>
            <w:r>
              <w:rPr>
                <w:b/>
                <w:sz w:val="18"/>
              </w:rPr>
              <w:t>Nazwa Wykonawcy</w:t>
            </w:r>
          </w:p>
        </w:tc>
        <w:tc>
          <w:tcPr>
            <w:tcW w:w="680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652499" w14:textId="77777777" w:rsidR="008209FF" w:rsidRDefault="008209FF">
            <w:pPr>
              <w:spacing w:after="0"/>
            </w:pPr>
          </w:p>
        </w:tc>
      </w:tr>
    </w:tbl>
    <w:p w14:paraId="156938F2" w14:textId="77777777" w:rsidR="008209FF" w:rsidRDefault="00000000">
      <w:pPr>
        <w:pStyle w:val="Nagwek1"/>
      </w:pPr>
      <w:r>
        <w:t>2. Wykaz osób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1417"/>
        <w:gridCol w:w="1247"/>
        <w:gridCol w:w="2268"/>
        <w:gridCol w:w="680"/>
        <w:gridCol w:w="1134"/>
        <w:gridCol w:w="1701"/>
        <w:gridCol w:w="1228"/>
      </w:tblGrid>
      <w:tr w:rsidR="008209FF" w14:paraId="7EA61B90" w14:textId="77777777" w:rsidTr="00883852">
        <w:trPr>
          <w:tblHeader/>
          <w:jc w:val="center"/>
        </w:trPr>
        <w:tc>
          <w:tcPr>
            <w:tcW w:w="3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BA5C35" w14:textId="77777777" w:rsidR="008209FF" w:rsidRDefault="00000000">
            <w:pPr>
              <w:spacing w:after="0"/>
            </w:pPr>
            <w:r>
              <w:rPr>
                <w:b/>
                <w:sz w:val="15"/>
              </w:rPr>
              <w:t>Lp.</w:t>
            </w:r>
          </w:p>
        </w:tc>
        <w:tc>
          <w:tcPr>
            <w:tcW w:w="141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700AE4" w14:textId="77777777" w:rsidR="008209FF" w:rsidRDefault="00000000">
            <w:pPr>
              <w:spacing w:after="0"/>
            </w:pPr>
            <w:r>
              <w:rPr>
                <w:b/>
                <w:sz w:val="15"/>
              </w:rPr>
              <w:t>Funkcja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5E71B2" w14:textId="77777777" w:rsidR="008209FF" w:rsidRDefault="00000000">
            <w:pPr>
              <w:spacing w:after="0"/>
            </w:pPr>
            <w:r>
              <w:rPr>
                <w:b/>
                <w:sz w:val="15"/>
              </w:rPr>
              <w:t>Imię i nazwisko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3C86BA" w14:textId="77777777" w:rsidR="008209FF" w:rsidRDefault="00000000">
            <w:pPr>
              <w:spacing w:after="0"/>
            </w:pPr>
            <w:r>
              <w:rPr>
                <w:b/>
                <w:sz w:val="15"/>
              </w:rPr>
              <w:t>Doświadczenie (badania, rola, daty)</w:t>
            </w:r>
          </w:p>
        </w:tc>
        <w:tc>
          <w:tcPr>
            <w:tcW w:w="6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0973A0" w14:textId="77777777" w:rsidR="008209FF" w:rsidRDefault="00000000">
            <w:pPr>
              <w:spacing w:after="0"/>
            </w:pPr>
            <w:r>
              <w:rPr>
                <w:b/>
                <w:sz w:val="15"/>
              </w:rPr>
              <w:t>Liczba badań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A583BD" w14:textId="77777777" w:rsidR="008209FF" w:rsidRDefault="00000000">
            <w:pPr>
              <w:spacing w:after="0"/>
            </w:pPr>
            <w:r>
              <w:rPr>
                <w:b/>
                <w:sz w:val="15"/>
              </w:rPr>
              <w:t>Raporty / narzędzia</w:t>
            </w:r>
          </w:p>
        </w:tc>
        <w:tc>
          <w:tcPr>
            <w:tcW w:w="170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BBAF7F" w14:textId="77777777" w:rsidR="008209FF" w:rsidRDefault="00000000">
            <w:pPr>
              <w:spacing w:after="0"/>
            </w:pPr>
            <w:r>
              <w:rPr>
                <w:b/>
                <w:sz w:val="15"/>
              </w:rPr>
              <w:t>Zakres czynności</w:t>
            </w:r>
          </w:p>
        </w:tc>
        <w:tc>
          <w:tcPr>
            <w:tcW w:w="12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4859B3" w14:textId="77777777" w:rsidR="008209FF" w:rsidRDefault="00000000">
            <w:pPr>
              <w:spacing w:after="0"/>
            </w:pPr>
            <w:r>
              <w:rPr>
                <w:b/>
                <w:sz w:val="15"/>
              </w:rPr>
              <w:t>Podstawa dysponowania</w:t>
            </w:r>
          </w:p>
        </w:tc>
      </w:tr>
      <w:tr w:rsidR="008209FF" w14:paraId="55E1B210" w14:textId="77777777" w:rsidTr="00883852">
        <w:trPr>
          <w:jc w:val="center"/>
        </w:trPr>
        <w:tc>
          <w:tcPr>
            <w:tcW w:w="3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7C66F6" w14:textId="77777777" w:rsidR="008209FF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141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86CAC0" w14:textId="3ECB1800" w:rsidR="008209FF" w:rsidRDefault="008209FF">
            <w:pPr>
              <w:spacing w:after="0"/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E1D0A5B" w14:textId="77777777" w:rsidR="008209FF" w:rsidRDefault="008209FF">
            <w:pPr>
              <w:spacing w:after="0"/>
            </w:pP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B232066" w14:textId="77777777" w:rsidR="008209FF" w:rsidRDefault="008209FF">
            <w:pPr>
              <w:spacing w:after="0"/>
            </w:pPr>
          </w:p>
        </w:tc>
        <w:tc>
          <w:tcPr>
            <w:tcW w:w="6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9EACA4" w14:textId="77777777" w:rsidR="008209FF" w:rsidRDefault="008209FF">
            <w:pPr>
              <w:spacing w:after="0"/>
            </w:pP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51E346" w14:textId="77777777" w:rsidR="008209FF" w:rsidRDefault="008209FF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F88CA26" w14:textId="77777777" w:rsidR="008209FF" w:rsidRDefault="008209FF">
            <w:pPr>
              <w:spacing w:after="0"/>
            </w:pPr>
          </w:p>
        </w:tc>
        <w:tc>
          <w:tcPr>
            <w:tcW w:w="12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BFE5DA" w14:textId="77777777" w:rsidR="008209FF" w:rsidRDefault="008209FF">
            <w:pPr>
              <w:spacing w:after="0"/>
            </w:pPr>
          </w:p>
        </w:tc>
      </w:tr>
      <w:tr w:rsidR="008209FF" w14:paraId="0F0B39E0" w14:textId="77777777" w:rsidTr="00883852">
        <w:trPr>
          <w:jc w:val="center"/>
        </w:trPr>
        <w:tc>
          <w:tcPr>
            <w:tcW w:w="3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78EFCC" w14:textId="77777777" w:rsidR="008209FF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141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9432BD" w14:textId="75A10F0B" w:rsidR="008209FF" w:rsidRDefault="008209FF">
            <w:pPr>
              <w:spacing w:after="0"/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6B3708" w14:textId="77777777" w:rsidR="008209FF" w:rsidRDefault="008209FF">
            <w:pPr>
              <w:spacing w:after="0"/>
            </w:pP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C2AF47D" w14:textId="77777777" w:rsidR="008209FF" w:rsidRDefault="008209FF">
            <w:pPr>
              <w:spacing w:after="0"/>
            </w:pPr>
          </w:p>
        </w:tc>
        <w:tc>
          <w:tcPr>
            <w:tcW w:w="6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F23D4C" w14:textId="77777777" w:rsidR="008209FF" w:rsidRDefault="008209FF">
            <w:pPr>
              <w:spacing w:after="0"/>
            </w:pP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2656F0" w14:textId="77777777" w:rsidR="008209FF" w:rsidRDefault="008209FF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E21637" w14:textId="77777777" w:rsidR="008209FF" w:rsidRDefault="008209FF">
            <w:pPr>
              <w:spacing w:after="0"/>
            </w:pPr>
          </w:p>
        </w:tc>
        <w:tc>
          <w:tcPr>
            <w:tcW w:w="12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7B44CD" w14:textId="77777777" w:rsidR="008209FF" w:rsidRDefault="008209FF">
            <w:pPr>
              <w:spacing w:after="0"/>
            </w:pPr>
          </w:p>
        </w:tc>
      </w:tr>
      <w:tr w:rsidR="008209FF" w14:paraId="7AADDEE3" w14:textId="77777777" w:rsidTr="00883852">
        <w:trPr>
          <w:jc w:val="center"/>
        </w:trPr>
        <w:tc>
          <w:tcPr>
            <w:tcW w:w="3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B81234" w14:textId="77777777" w:rsidR="008209FF" w:rsidRDefault="00000000"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w="141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9F27D5" w14:textId="781F5E74" w:rsidR="008209FF" w:rsidRDefault="008209FF">
            <w:pPr>
              <w:spacing w:after="0"/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C81982" w14:textId="77777777" w:rsidR="008209FF" w:rsidRDefault="008209FF">
            <w:pPr>
              <w:spacing w:after="0"/>
            </w:pP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873EC3" w14:textId="77777777" w:rsidR="008209FF" w:rsidRDefault="008209FF">
            <w:pPr>
              <w:spacing w:after="0"/>
            </w:pPr>
          </w:p>
        </w:tc>
        <w:tc>
          <w:tcPr>
            <w:tcW w:w="6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A7F6A9A" w14:textId="77777777" w:rsidR="008209FF" w:rsidRDefault="008209FF">
            <w:pPr>
              <w:spacing w:after="0"/>
            </w:pP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2957EB" w14:textId="77777777" w:rsidR="008209FF" w:rsidRDefault="008209FF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E1EBCEB" w14:textId="77777777" w:rsidR="008209FF" w:rsidRDefault="008209FF">
            <w:pPr>
              <w:spacing w:after="0"/>
            </w:pPr>
          </w:p>
        </w:tc>
        <w:tc>
          <w:tcPr>
            <w:tcW w:w="12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426873" w14:textId="77777777" w:rsidR="008209FF" w:rsidRDefault="008209FF">
            <w:pPr>
              <w:spacing w:after="0"/>
            </w:pPr>
          </w:p>
        </w:tc>
      </w:tr>
    </w:tbl>
    <w:p w14:paraId="64992539" w14:textId="77777777" w:rsidR="008209FF" w:rsidRDefault="00000000">
      <w:pPr>
        <w:pStyle w:val="Nagwek1"/>
      </w:pPr>
      <w:r>
        <w:t>3. Oświadczenia</w:t>
      </w:r>
    </w:p>
    <w:p w14:paraId="6235D9E4" w14:textId="77777777" w:rsidR="008209FF" w:rsidRDefault="00000000">
      <w:pPr>
        <w:pStyle w:val="Listapunktowana"/>
      </w:pPr>
      <w:r>
        <w:t>Oświadczam, że wskazane osoby będą dostępne w terminach zleceń;</w:t>
      </w:r>
    </w:p>
    <w:p w14:paraId="46F4E608" w14:textId="77777777" w:rsidR="008209FF" w:rsidRDefault="00000000">
      <w:pPr>
        <w:pStyle w:val="Listapunktowana"/>
      </w:pPr>
      <w:r>
        <w:t>Oświadczam, że dysponuję wskazanymi osobami albo będę nimi dysponować najpóźniej w dniu zawarcia umowy;</w:t>
      </w:r>
    </w:p>
    <w:p w14:paraId="3C299174" w14:textId="77777777" w:rsidR="008209FF" w:rsidRDefault="00000000">
      <w:pPr>
        <w:pStyle w:val="Listapunktowana"/>
      </w:pPr>
      <w:r>
        <w:t>Oświadczam, że każda osoba spełnia wymagania właściwe dla funkcji;</w:t>
      </w:r>
    </w:p>
    <w:p w14:paraId="21BDF319" w14:textId="77777777" w:rsidR="008209FF" w:rsidRDefault="00000000">
      <w:pPr>
        <w:pStyle w:val="Listapunktowana"/>
      </w:pPr>
      <w:r>
        <w:t>Oświadczam, że zmiana osoby nastąpi na zasadach umowy, a osoba zastępująca będzie miała doświadczenie nie gorsze;</w:t>
      </w:r>
    </w:p>
    <w:p w14:paraId="0F23C566" w14:textId="77777777" w:rsidR="008209FF" w:rsidRDefault="00000000">
      <w:pPr>
        <w:pStyle w:val="Listapunktowana"/>
      </w:pPr>
      <w:r>
        <w:t>Oświadczam, że informacje są prawdziwe i aktualne.</w:t>
      </w:r>
    </w:p>
    <w:p w14:paraId="6A58A02F" w14:textId="77777777" w:rsidR="008209FF" w:rsidRDefault="00000000">
      <w:r>
        <w:t>Miejscowość i data: ........................................................        Podpis osoby/osób uprawnionych: ........................................................</w:t>
      </w:r>
    </w:p>
    <w:sectPr w:rsidR="008209FF" w:rsidSect="00034616">
      <w:headerReference w:type="default" r:id="rId8"/>
      <w:footerReference w:type="default" r:id="rId9"/>
      <w:headerReference w:type="first" r:id="rId10"/>
      <w:footerReference w:type="first" r:id="rId11"/>
      <w:headerReference w:type="even" r:id="rId12"/>
      <w:footerReference w:type="even" r:id="rId13"/>
      <w:pgSz w:w="15840" w:h="12240" w:orient="landscape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5225242">
    <w:abstractNumId w:val="8"/>
  </w:num>
  <w:num w:numId="2" w16cid:durableId="2056276415">
    <w:abstractNumId w:val="6"/>
  </w:num>
  <w:num w:numId="3" w16cid:durableId="1290474593">
    <w:abstractNumId w:val="5"/>
  </w:num>
  <w:num w:numId="4" w16cid:durableId="819155798">
    <w:abstractNumId w:val="4"/>
  </w:num>
  <w:num w:numId="5" w16cid:durableId="647780368">
    <w:abstractNumId w:val="7"/>
  </w:num>
  <w:num w:numId="6" w16cid:durableId="1070619638">
    <w:abstractNumId w:val="3"/>
  </w:num>
  <w:num w:numId="7" w16cid:durableId="1708987858">
    <w:abstractNumId w:val="2"/>
  </w:num>
  <w:num w:numId="8" w16cid:durableId="1994479096">
    <w:abstractNumId w:val="1"/>
  </w:num>
  <w:num w:numId="9" w16cid:durableId="17640633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7E68"/>
    <w:rsid w:val="008209FF"/>
    <w:rsid w:val="0088385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030D9C"/>
  <w14:defaultImageDpi w14:val="300"/>
  <w15:docId w15:val="{D32878E8-DC5F-3F43-A277-D77E21F8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Tahoma" w:eastAsia="Tahoma" w:hAnsi="Tahom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rPr>
      <w:rFonts w:ascii="Tahoma" w:eastAsia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556BF5-1990-4C10-82B9-E86052468BEE}"/>
</file>

<file path=customXml/itemProps3.xml><?xml version="1.0" encoding="utf-8"?>
<ds:datastoreItem xmlns:ds="http://schemas.openxmlformats.org/officeDocument/2006/customXml" ds:itemID="{E0FF8640-2B12-44C0-916C-2D9A9C201A03}"/>
</file>

<file path=customXml/itemProps4.xml><?xml version="1.0" encoding="utf-8"?>
<ds:datastoreItem xmlns:ds="http://schemas.openxmlformats.org/officeDocument/2006/customXml" ds:itemID="{4B2B47C5-F09A-488C-9781-79D581B138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Tymińska</cp:lastModifiedBy>
  <cp:revision>2</cp:revision>
  <dcterms:created xsi:type="dcterms:W3CDTF">2013-12-23T23:15:00Z</dcterms:created>
  <dcterms:modified xsi:type="dcterms:W3CDTF">2026-07-18T13:48:00Z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</Properties>
</file>