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351D41" w14:textId="77777777" w:rsidR="008A683F" w:rsidRPr="00F05A39" w:rsidRDefault="00000000">
      <w:pPr>
        <w:spacing w:after="100"/>
        <w:jc w:val="center"/>
        <w:rPr>
          <w:lang w:val="pl-PL"/>
        </w:rPr>
      </w:pPr>
      <w:r w:rsidRPr="00F05A39">
        <w:rPr>
          <w:b/>
          <w:sz w:val="28"/>
          <w:lang w:val="pl-PL"/>
        </w:rPr>
        <w:t>ZAŁĄCZNIK NR 4 - WYKAZ USŁUG</w:t>
      </w:r>
    </w:p>
    <w:p w14:paraId="6EB035BB" w14:textId="77777777" w:rsidR="008A683F" w:rsidRPr="00F05A39" w:rsidRDefault="00000000">
      <w:pPr>
        <w:spacing w:after="140"/>
        <w:jc w:val="center"/>
        <w:rPr>
          <w:lang w:val="pl-PL"/>
        </w:rPr>
      </w:pPr>
      <w:r w:rsidRPr="00F05A39">
        <w:rPr>
          <w:b/>
          <w:sz w:val="22"/>
          <w:lang w:val="pl-PL"/>
        </w:rPr>
        <w:t>Przeprowadzenie kontroli realizacji projektów w ramach Programu „Aktywny Senior 2026”</w:t>
      </w:r>
    </w:p>
    <w:p w14:paraId="790A2F28" w14:textId="77777777" w:rsidR="008A683F" w:rsidRPr="00F05A39" w:rsidRDefault="00000000">
      <w:pPr>
        <w:pStyle w:val="Nagwek1"/>
        <w:rPr>
          <w:lang w:val="pl-PL"/>
        </w:rPr>
      </w:pPr>
      <w:r w:rsidRPr="00F05A39">
        <w:rPr>
          <w:lang w:val="pl-PL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8A683F" w:rsidRPr="00F05A39" w14:paraId="4FB20029" w14:textId="77777777">
        <w:trPr>
          <w:cantSplit/>
          <w:tblHeader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004D9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lang w:val="pl-PL"/>
              </w:rPr>
              <w:t>Pole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6C149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lang w:val="pl-PL"/>
              </w:rPr>
              <w:t>Treść</w:t>
            </w:r>
          </w:p>
        </w:tc>
      </w:tr>
      <w:tr w:rsidR="008A683F" w:rsidRPr="00F05A39" w14:paraId="25E65384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CFB49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lang w:val="pl-PL"/>
              </w:rPr>
              <w:t>Nazwa Wykonawcy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109E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</w:tbl>
    <w:p w14:paraId="101EABF3" w14:textId="77777777" w:rsidR="008A683F" w:rsidRPr="00F05A39" w:rsidRDefault="008A683F">
      <w:pPr>
        <w:spacing w:after="0"/>
        <w:rPr>
          <w:lang w:val="pl-PL"/>
        </w:rPr>
      </w:pPr>
    </w:p>
    <w:p w14:paraId="03B73736" w14:textId="77777777" w:rsidR="008A683F" w:rsidRPr="00F05A39" w:rsidRDefault="00000000">
      <w:pPr>
        <w:pStyle w:val="Nagwek1"/>
        <w:rPr>
          <w:lang w:val="pl-PL"/>
        </w:rPr>
      </w:pPr>
      <w:r w:rsidRPr="00F05A39">
        <w:rPr>
          <w:lang w:val="pl-PL"/>
        </w:rPr>
        <w:t>2. Wykaz usług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2"/>
        <w:gridCol w:w="1247"/>
        <w:gridCol w:w="1928"/>
        <w:gridCol w:w="1417"/>
        <w:gridCol w:w="964"/>
        <w:gridCol w:w="866"/>
        <w:gridCol w:w="907"/>
        <w:gridCol w:w="1417"/>
      </w:tblGrid>
      <w:tr w:rsidR="008A683F" w:rsidRPr="00F05A39" w14:paraId="132B7BBD" w14:textId="77777777">
        <w:trPr>
          <w:cantSplit/>
          <w:tblHeader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DD35B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Lp.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22180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Odbiorca</w:t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C045E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Przedmiot usługi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04DF6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Rodzaj programu / obszar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B989B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Liczba Kontroli / jednostek</w:t>
            </w: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A3BAA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Liczba lokalizacji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FBBEE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Termin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964C3" w14:textId="77777777" w:rsidR="008A683F" w:rsidRPr="00F05A39" w:rsidRDefault="00000000">
            <w:pPr>
              <w:spacing w:after="0"/>
              <w:jc w:val="center"/>
              <w:rPr>
                <w:lang w:val="pl-PL"/>
              </w:rPr>
            </w:pPr>
            <w:r w:rsidRPr="00F05A39">
              <w:rPr>
                <w:b/>
                <w:sz w:val="14"/>
                <w:lang w:val="pl-PL"/>
              </w:rPr>
              <w:t>Dowód należytego wykonania</w:t>
            </w:r>
          </w:p>
        </w:tc>
      </w:tr>
      <w:tr w:rsidR="008A683F" w:rsidRPr="00F05A39" w14:paraId="64737D40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6AE8C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2DCC4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C35F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F8B85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81CA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0C488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07995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543B7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  <w:tr w:rsidR="008A683F" w:rsidRPr="00F05A39" w14:paraId="5CCD6421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8DBD0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5930E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7476C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BAAB7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0F5F5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8C326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3481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29366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  <w:tr w:rsidR="008A683F" w:rsidRPr="00F05A39" w14:paraId="453711E3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290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E69C8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CEEE1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503A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B112A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E41C4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DB6F3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04B56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  <w:tr w:rsidR="008A683F" w:rsidRPr="00F05A39" w14:paraId="74245145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5FDAA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1588C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EBB04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95F38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6CE38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2233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EE6C1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73CCD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  <w:tr w:rsidR="008A683F" w:rsidRPr="00F05A39" w14:paraId="35EAE705" w14:textId="77777777">
        <w:trPr>
          <w:cantSplit/>
          <w:jc w:val="center"/>
        </w:trPr>
        <w:tc>
          <w:tcPr>
            <w:tcW w:w="3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ECB3D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7B0B6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30FE2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51BC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88B59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6A32F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F115A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963EB" w14:textId="77777777" w:rsidR="008A683F" w:rsidRPr="00F05A39" w:rsidRDefault="008A683F">
            <w:pPr>
              <w:spacing w:after="0"/>
              <w:rPr>
                <w:lang w:val="pl-PL"/>
              </w:rPr>
            </w:pPr>
          </w:p>
        </w:tc>
      </w:tr>
    </w:tbl>
    <w:p w14:paraId="0FAD6A95" w14:textId="77777777" w:rsidR="008A683F" w:rsidRPr="00F05A39" w:rsidRDefault="008A683F">
      <w:pPr>
        <w:spacing w:after="0"/>
        <w:rPr>
          <w:lang w:val="pl-PL"/>
        </w:rPr>
      </w:pPr>
    </w:p>
    <w:p w14:paraId="0ADE9FB6" w14:textId="77777777" w:rsidR="008A683F" w:rsidRPr="00F05A39" w:rsidRDefault="00000000">
      <w:pPr>
        <w:pStyle w:val="Nagwek1"/>
        <w:rPr>
          <w:lang w:val="pl-PL"/>
        </w:rPr>
      </w:pPr>
      <w:r w:rsidRPr="00F05A39">
        <w:rPr>
          <w:lang w:val="pl-PL"/>
        </w:rPr>
        <w:t>3. Oświadczenia</w:t>
      </w:r>
    </w:p>
    <w:p w14:paraId="19A1CAD5" w14:textId="77777777" w:rsidR="008A683F" w:rsidRPr="00F05A39" w:rsidRDefault="00000000">
      <w:pPr>
        <w:spacing w:after="30"/>
        <w:ind w:left="255" w:hanging="142"/>
        <w:rPr>
          <w:lang w:val="pl-PL"/>
        </w:rPr>
      </w:pPr>
      <w:r w:rsidRPr="00F05A39">
        <w:rPr>
          <w:lang w:val="pl-PL"/>
        </w:rPr>
        <w:t>• Oświadczam, że wskazane usługi zostały wykonane należycie, a informacje są prawdziwe i aktualne.</w:t>
      </w:r>
    </w:p>
    <w:p w14:paraId="6EEF0C51" w14:textId="77777777" w:rsidR="008A683F" w:rsidRPr="00F05A39" w:rsidRDefault="00000000">
      <w:pPr>
        <w:spacing w:after="30"/>
        <w:ind w:left="255" w:hanging="142"/>
        <w:rPr>
          <w:lang w:val="pl-PL"/>
        </w:rPr>
      </w:pPr>
      <w:r w:rsidRPr="00F05A39">
        <w:rPr>
          <w:lang w:val="pl-PL"/>
        </w:rPr>
        <w:t>• Do wykazu załączam referencje, protokoły odbioru lub inne poświadczenia potwierdzające zakres i należyte wykonanie. Link do portfolio ma charakter wyłącznie uzupełniający.</w:t>
      </w:r>
    </w:p>
    <w:p w14:paraId="63B86F71" w14:textId="77777777" w:rsidR="008A683F" w:rsidRPr="00F05A39" w:rsidRDefault="00000000">
      <w:pPr>
        <w:spacing w:after="30"/>
        <w:ind w:left="255" w:hanging="142"/>
        <w:rPr>
          <w:lang w:val="pl-PL"/>
        </w:rPr>
      </w:pPr>
      <w:r w:rsidRPr="00F05A39">
        <w:rPr>
          <w:lang w:val="pl-PL"/>
        </w:rPr>
        <w:t>• Na żądanie Zamawiającego przedstawię dodatkowe dokumenty lub wyjaśnienia potwierdzające informacje wskazane w wykazie.</w:t>
      </w:r>
    </w:p>
    <w:p w14:paraId="3598312C" w14:textId="77777777" w:rsidR="008A683F" w:rsidRPr="00F05A39" w:rsidRDefault="008A683F">
      <w:pPr>
        <w:rPr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A683F" w:rsidRPr="00F05A39" w14:paraId="0D84E0A4" w14:textId="77777777">
        <w:trPr>
          <w:jc w:val="center"/>
        </w:trPr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326C6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b/>
                <w:lang w:val="pl-PL"/>
              </w:rPr>
              <w:t>Miejscowość i data</w:t>
            </w:r>
          </w:p>
        </w:tc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33FD6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b/>
                <w:lang w:val="pl-PL"/>
              </w:rPr>
              <w:t>Podpis osoby/osób uprawnionych</w:t>
            </w:r>
          </w:p>
        </w:tc>
      </w:tr>
      <w:tr w:rsidR="008A683F" w:rsidRPr="00F05A39" w14:paraId="36D02D61" w14:textId="77777777">
        <w:trPr>
          <w:jc w:val="center"/>
        </w:trPr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ABCA2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lang w:val="pl-PL"/>
              </w:rPr>
              <w:t>........................................................</w:t>
            </w:r>
          </w:p>
        </w:tc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37083" w14:textId="77777777" w:rsidR="008A683F" w:rsidRPr="00F05A39" w:rsidRDefault="00000000">
            <w:pPr>
              <w:spacing w:after="0"/>
              <w:rPr>
                <w:lang w:val="pl-PL"/>
              </w:rPr>
            </w:pPr>
            <w:r w:rsidRPr="00F05A39">
              <w:rPr>
                <w:lang w:val="pl-PL"/>
              </w:rPr>
              <w:t>........................................................</w:t>
            </w:r>
          </w:p>
        </w:tc>
      </w:tr>
    </w:tbl>
    <w:p w14:paraId="6B69A945" w14:textId="77777777" w:rsidR="00470A18" w:rsidRPr="00F05A39" w:rsidRDefault="00470A18">
      <w:pPr>
        <w:rPr>
          <w:lang w:val="pl-PL"/>
        </w:rPr>
      </w:pPr>
    </w:p>
    <w:sectPr w:rsidR="00470A18" w:rsidRPr="00F05A39" w:rsidSect="00034616">
      <w:headerReference w:type="default" r:id="rId8"/>
      <w:footerReference w:type="default" r:id="rId9"/>
      <w:headerReference w:type="first" r:id="rId10"/>
      <w:footerReference w:type="first" r:id="rId11"/>
      <w:headerReference w:type="even" r:id="rId12"/>
      <w:footerReference w:type="even" r:id="rId13"/>
      <w:pgSz w:w="12240" w:h="15840"/>
      <w:pgMar w:top="1020" w:right="1020" w:bottom="1020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529009">
    <w:abstractNumId w:val="8"/>
  </w:num>
  <w:num w:numId="2" w16cid:durableId="1921408961">
    <w:abstractNumId w:val="6"/>
  </w:num>
  <w:num w:numId="3" w16cid:durableId="112067643">
    <w:abstractNumId w:val="5"/>
  </w:num>
  <w:num w:numId="4" w16cid:durableId="506287897">
    <w:abstractNumId w:val="4"/>
  </w:num>
  <w:num w:numId="5" w16cid:durableId="340010882">
    <w:abstractNumId w:val="7"/>
  </w:num>
  <w:num w:numId="6" w16cid:durableId="1844515909">
    <w:abstractNumId w:val="3"/>
  </w:num>
  <w:num w:numId="7" w16cid:durableId="1487356136">
    <w:abstractNumId w:val="2"/>
  </w:num>
  <w:num w:numId="8" w16cid:durableId="369692812">
    <w:abstractNumId w:val="1"/>
  </w:num>
  <w:num w:numId="9" w16cid:durableId="1684495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0A18"/>
    <w:rsid w:val="00602C45"/>
    <w:rsid w:val="008A683F"/>
    <w:rsid w:val="00AA1D8D"/>
    <w:rsid w:val="00B47730"/>
    <w:rsid w:val="00CB0664"/>
    <w:rsid w:val="00F05A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6274D"/>
  <w14:defaultImageDpi w14:val="300"/>
  <w15:docId w15:val="{DCBC5F92-7F90-A74E-9399-6D355EE2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Tahoma" w:hAnsi="Tahoma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4E091-2E33-41D2-9873-A67569A88817}"/>
</file>

<file path=customXml/itemProps3.xml><?xml version="1.0" encoding="utf-8"?>
<ds:datastoreItem xmlns:ds="http://schemas.openxmlformats.org/officeDocument/2006/customXml" ds:itemID="{F507C4CD-08B4-4904-90D2-50FB78784430}"/>
</file>

<file path=customXml/itemProps4.xml><?xml version="1.0" encoding="utf-8"?>
<ds:datastoreItem xmlns:ds="http://schemas.openxmlformats.org/officeDocument/2006/customXml" ds:itemID="{510AA4F4-1F0D-44C5-BF4A-AC0387947C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 - kontrole Aktywny Senior 2026</dc:title>
  <dc:subject>Dokumentacja przetargu cywilnoprawnego</dc:subject>
  <dc:creator>Fundacja LOTTO im. Haliny Konopackiej</dc:creator>
  <cp:keywords>Aktywny Senior 2026, kontrole, przetarg cywilnoprawny</cp:keywords>
  <dc:description>generated by python-docx</dc:description>
  <cp:lastModifiedBy>Sandra Tymińska</cp:lastModifiedBy>
  <cp:revision>2</cp:revision>
  <dcterms:created xsi:type="dcterms:W3CDTF">2013-12-23T23:15:00Z</dcterms:created>
  <dcterms:modified xsi:type="dcterms:W3CDTF">2026-07-19T17:08:00Z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